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AI SOLUTIONS DISCOVERY FORM</w:t>
      </w:r>
    </w:p>
    <w:p>
      <w:pPr>
        <w:jc w:val="center"/>
      </w:pPr>
      <w:r>
        <w:rPr>
          <w:i/>
          <w:sz w:val="20"/>
        </w:rPr>
        <w:t>Find the highest-impact AI, automation, or agent opportunity for your business.</w:t>
      </w:r>
    </w:p>
    <w:p>
      <w:r>
        <w:t xml:space="preserve">Complete the questions relevant to your project; use “not sure” where needed. This is a detailed discovery worksheet, not a commitment to purchase. Use business-level descriptions and estimates. Do not include identifiable customer or employee records.</w:t>
      </w:r>
    </w:p>
    <w:p>
      <w:r>
        <w:t xml:space="preserve">How to complete: Open in desktop Microsoft Word. Click a response field to type; use Shift+Enter for a new line within an answer. Click a checkbox to select or clear it. Save a completed copy. Questions and other document text remain editable.</w:t>
      </w:r>
    </w:p>
    <w:p>
      <w:pPr>
        <w:pStyle w:val="Heading1"/>
      </w:pPr>
      <w:r>
        <w:t xml:space="preserve">Before you share information</w:t>
      </w:r>
    </w:p>
    <w:p>
      <w:r>
        <w:t xml:space="preserve">Purpose: This form is for evaluating your business needs, discussing a potential solution and preparing a proposal. Limit answers to information needed for that discussion. Optional contact details and irrelevant sections may be left blank.</w:t>
      </w:r>
    </w:p>
    <w:p>
      <w:r>
        <w:t xml:space="preserve">Do not submit passwords, API keys, access tokens, government identifiers, full payment details, patient/health records, private customer or employee conversations, or information about children. Describe data categories and workflows instead. Redaction must remove names, contact details, account numbers and identifying details; synthetic examples are preferred.</w:t>
      </w:r>
    </w:p>
    <w:p>
      <w:r>
        <w:t xml:space="preserve">Return the completed business-level form to support@solvexa8.com with the subject “AI Solutions Discovery.” Do not attach non-public samples initially. Contact us first to confirm an appropriate transfer method, who would access samples, any external providers, and how long samples and responses would be retained.</w:t>
      </w:r>
    </w:p>
    <w:p>
      <w:r>
        <w:t xml:space="preserve">Privacy information and requests: https://solvexa8.com/privacy — contact support@solvexa8.com with access, correction, deletion or handling questions. Ask for clarification before submitting anything you are unsure about. This form is not a secure document-upload portal and does not provide permission to use customer data for model training.</w:t>
      </w:r>
    </w:p>
    <w:p>
      <w:pPr>
        <w:pStyle w:val="Heading1"/>
      </w:pPr>
      <w:r>
        <w:t>1. Business &amp; Contact Information</w:t>
      </w:r>
    </w:p>
    <w:p>
      <w:r>
        <w:t xml:space="preserve">1. Your name or preferred professional name:</w:t>
      </w:r>
    </w:p>
    <w:p>
      <w:sdt>
        <w:sdtPr>
          <w:alias w:val="1. Your name or preferred professional name:"/>
          <w:tag w:val="answer_1001"/>
          <w:id w:val="1001"/>
          <w:showingPlcHdr/>
          <w:text w:multiLine="1"/>
        </w:sdtPr>
        <w:sdtContent>
          <w:r>
            <w:t xml:space="preserve">Click or tap here to enter your answer.</w:t>
          </w:r>
        </w:sdtContent>
      </w:sdt>
    </w:p>
    <w:p>
      <w:r>
        <w:rPr>
          <w:b/>
        </w:rPr>
        <w:t>2. Business name:</w:t>
      </w:r>
    </w:p>
    <w:p>
      <w:sdt>
        <w:sdtPr>
          <w:alias w:val="2. Business name:"/>
          <w:tag w:val="answer_1002"/>
          <w:id w:val="1002"/>
          <w:showingPlcHdr/>
          <w:text w:multiLine="1"/>
        </w:sdtPr>
        <w:sdtContent>
          <w:r>
            <w:t xml:space="preserve">Click or tap here to enter your answer.</w:t>
          </w:r>
        </w:sdtContent>
      </w:sdt>
    </w:p>
    <w:p>
      <w:r>
        <w:rPr>
          <w:b/>
        </w:rPr>
        <w:t>3. Website URL:</w:t>
      </w:r>
    </w:p>
    <w:p>
      <w:sdt>
        <w:sdtPr>
          <w:alias w:val="3. Website URL:"/>
          <w:tag w:val="answer_1003"/>
          <w:id w:val="1003"/>
          <w:showingPlcHdr/>
          <w:text w:multiLine="1"/>
        </w:sdtPr>
        <w:sdtContent>
          <w:r>
            <w:t xml:space="preserve">Click or tap here to enter your answer.</w:t>
          </w:r>
        </w:sdtContent>
      </w:sdt>
    </w:p>
    <w:p>
      <w:r>
        <w:t xml:space="preserve">4. Work email address for this inquiry:</w:t>
      </w:r>
    </w:p>
    <w:p>
      <w:sdt>
        <w:sdtPr>
          <w:alias w:val="4. Work email address for this inquiry:"/>
          <w:tag w:val="answer_1004"/>
          <w:id w:val="1004"/>
          <w:showingPlcHdr/>
          <w:text w:multiLine="1"/>
        </w:sdtPr>
        <w:sdtContent>
          <w:r>
            <w:t xml:space="preserve">Click or tap here to enter your answer.</w:t>
          </w:r>
        </w:sdtContent>
      </w:sdt>
    </w:p>
    <w:p>
      <w:r>
        <w:t xml:space="preserve">5. Business phone number (optional; provide only if you want a call about this inquiry):</w:t>
      </w:r>
    </w:p>
    <w:p>
      <w:sdt>
        <w:sdtPr>
          <w:alias w:val="5. Business phone number (optional; provide only if you want a call about this inquiry):"/>
          <w:tag w:val="answer_1005"/>
          <w:id w:val="1005"/>
          <w:showingPlcHdr/>
          <w:text w:multiLine="1"/>
        </w:sdtPr>
        <w:sdtContent>
          <w:r>
            <w:t xml:space="preserve">Click or tap here to enter your answer.</w:t>
          </w:r>
        </w:sdtContent>
      </w:sdt>
    </w:p>
    <w:p>
      <w:r>
        <w:rPr>
          <w:b/>
        </w:rPr>
        <w:t>6. Your role:</w:t>
      </w:r>
    </w:p>
    <w:p>
      <w:r>
        <w:t xml:space="preserve">   </w:t>
      </w:r>
      <w:sdt>
        <w:sdtPr>
          <w:alias w:val="6. Your role: — Owner / Founder"/>
          <w:tag w:val="choice_1006"/>
          <w:id w:val="1006"/>
          <w14:checkbox>
            <w14:checked w14:val="0"/>
            <w14:checkedState w14:val="2612" w14:font="MS Gothic"/>
            <w14:uncheckedState w14:val="2610" w14:font="MS Gothic"/>
          </w14:checkbox>
        </w:sdtPr>
        <w:sdtContent>
          <w:r>
            <w:rPr>
              <w:rFonts w:ascii="MS Gothic" w:hAnsi="MS Gothic"/>
            </w:rPr>
            <w:t xml:space="preserve">☐</w:t>
          </w:r>
        </w:sdtContent>
      </w:sdt>
      <w:r>
        <w:t xml:space="preserve"> Owner / Founder    </w:t>
      </w:r>
      <w:sdt>
        <w:sdtPr>
          <w:alias w:val="6. Your role: — Operations"/>
          <w:tag w:val="choice_1007"/>
          <w:id w:val="1007"/>
          <w14:checkbox>
            <w14:checked w14:val="0"/>
            <w14:checkedState w14:val="2612" w14:font="MS Gothic"/>
            <w14:uncheckedState w14:val="2610" w14:font="MS Gothic"/>
          </w14:checkbox>
        </w:sdtPr>
        <w:sdtContent>
          <w:r>
            <w:rPr>
              <w:rFonts w:ascii="MS Gothic" w:hAnsi="MS Gothic"/>
            </w:rPr>
            <w:t xml:space="preserve">☐</w:t>
          </w:r>
        </w:sdtContent>
      </w:sdt>
      <w:r>
        <w:t xml:space="preserve"> Operations    </w:t>
      </w:r>
      <w:sdt>
        <w:sdtPr>
          <w:alias w:val="6. Your role: — Sales / Marketing"/>
          <w:tag w:val="choice_1008"/>
          <w:id w:val="1008"/>
          <w14:checkbox>
            <w14:checked w14:val="0"/>
            <w14:checkedState w14:val="2612" w14:font="MS Gothic"/>
            <w14:uncheckedState w14:val="2610" w14:font="MS Gothic"/>
          </w14:checkbox>
        </w:sdtPr>
        <w:sdtContent>
          <w:r>
            <w:rPr>
              <w:rFonts w:ascii="MS Gothic" w:hAnsi="MS Gothic"/>
            </w:rPr>
            <w:t xml:space="preserve">☐</w:t>
          </w:r>
        </w:sdtContent>
      </w:sdt>
      <w:r>
        <w:t xml:space="preserve"> Sales / Marketing    </w:t>
      </w:r>
      <w:sdt>
        <w:sdtPr>
          <w:alias w:val="6. Your role: — Customer Service"/>
          <w:tag w:val="choice_1009"/>
          <w:id w:val="1009"/>
          <w14:checkbox>
            <w14:checked w14:val="0"/>
            <w14:checkedState w14:val="2612" w14:font="MS Gothic"/>
            <w14:uncheckedState w14:val="2610" w14:font="MS Gothic"/>
          </w14:checkbox>
        </w:sdtPr>
        <w:sdtContent>
          <w:r>
            <w:rPr>
              <w:rFonts w:ascii="MS Gothic" w:hAnsi="MS Gothic"/>
            </w:rPr>
            <w:t xml:space="preserve">☐</w:t>
          </w:r>
        </w:sdtContent>
      </w:sdt>
      <w:r>
        <w:t xml:space="preserve"> Customer Service    </w:t>
      </w:r>
      <w:sdt>
        <w:sdtPr>
          <w:alias w:val="6. Your role: — IT / Technical"/>
          <w:tag w:val="choice_1010"/>
          <w:id w:val="1010"/>
          <w14:checkbox>
            <w14:checked w14:val="0"/>
            <w14:checkedState w14:val="2612" w14:font="MS Gothic"/>
            <w14:uncheckedState w14:val="2610" w14:font="MS Gothic"/>
          </w14:checkbox>
        </w:sdtPr>
        <w:sdtContent>
          <w:r>
            <w:rPr>
              <w:rFonts w:ascii="MS Gothic" w:hAnsi="MS Gothic"/>
            </w:rPr>
            <w:t xml:space="preserve">☐</w:t>
          </w:r>
        </w:sdtContent>
      </w:sdt>
      <w:r>
        <w:t xml:space="preserve"> IT / Technical    </w:t>
      </w:r>
      <w:sdt>
        <w:sdtPr>
          <w:alias w:val="6. Your role: — Other"/>
          <w:tag w:val="choice_1011"/>
          <w:id w:val="1011"/>
          <w14:checkbox>
            <w14:checked w14:val="0"/>
            <w14:checkedState w14:val="2612" w14:font="MS Gothic"/>
            <w14:uncheckedState w14:val="2610" w14:font="MS Gothic"/>
          </w14:checkbox>
        </w:sdtPr>
        <w:sdtContent>
          <w:r>
            <w:rPr>
              <w:rFonts w:ascii="MS Gothic" w:hAnsi="MS Gothic"/>
            </w:rPr>
            <w:t xml:space="preserve">☐</w:t>
          </w:r>
        </w:sdtContent>
      </w:sdt>
      <w:r>
        <w:t xml:space="preserve"> Other</w:t>
      </w:r>
    </w:p>
    <w:p>
      <w:r>
        <w:rPr>
          <w:b/>
        </w:rPr>
        <w:t>7. Industry / business type:</w:t>
      </w:r>
    </w:p>
    <w:p>
      <w:sdt>
        <w:sdtPr>
          <w:alias w:val="7. Industry / business type:"/>
          <w:tag w:val="answer_1012"/>
          <w:id w:val="1012"/>
          <w:showingPlcHdr/>
          <w:text w:multiLine="1"/>
        </w:sdtPr>
        <w:sdtContent>
          <w:r>
            <w:t xml:space="preserve">Click or tap here to enter your answer.</w:t>
          </w:r>
        </w:sdtContent>
      </w:sdt>
    </w:p>
    <w:p>
      <w:r>
        <w:rPr>
          <w:b/>
        </w:rPr>
        <w:t>8. Team size:</w:t>
      </w:r>
    </w:p>
    <w:p>
      <w:r>
        <w:t xml:space="preserve">   </w:t>
      </w:r>
      <w:sdt>
        <w:sdtPr>
          <w:alias w:val="8. Team size: — 1"/>
          <w:tag w:val="choice_1013"/>
          <w:id w:val="1013"/>
          <w14:checkbox>
            <w14:checked w14:val="0"/>
            <w14:checkedState w14:val="2612" w14:font="MS Gothic"/>
            <w14:uncheckedState w14:val="2610" w14:font="MS Gothic"/>
          </w14:checkbox>
        </w:sdtPr>
        <w:sdtContent>
          <w:r>
            <w:rPr>
              <w:rFonts w:ascii="MS Gothic" w:hAnsi="MS Gothic"/>
            </w:rPr>
            <w:t xml:space="preserve">☐</w:t>
          </w:r>
        </w:sdtContent>
      </w:sdt>
      <w:r>
        <w:t xml:space="preserve"> 1    </w:t>
      </w:r>
      <w:sdt>
        <w:sdtPr>
          <w:alias w:val="8. Team size: — 2–10"/>
          <w:tag w:val="choice_1014"/>
          <w:id w:val="1014"/>
          <w14:checkbox>
            <w14:checked w14:val="0"/>
            <w14:checkedState w14:val="2612" w14:font="MS Gothic"/>
            <w14:uncheckedState w14:val="2610" w14:font="MS Gothic"/>
          </w14:checkbox>
        </w:sdtPr>
        <w:sdtContent>
          <w:r>
            <w:rPr>
              <w:rFonts w:ascii="MS Gothic" w:hAnsi="MS Gothic"/>
            </w:rPr>
            <w:t xml:space="preserve">☐</w:t>
          </w:r>
        </w:sdtContent>
      </w:sdt>
      <w:r>
        <w:t xml:space="preserve"> 2–10    </w:t>
      </w:r>
      <w:sdt>
        <w:sdtPr>
          <w:alias w:val="8. Team size: — 11–50"/>
          <w:tag w:val="choice_1015"/>
          <w:id w:val="1015"/>
          <w14:checkbox>
            <w14:checked w14:val="0"/>
            <w14:checkedState w14:val="2612" w14:font="MS Gothic"/>
            <w14:uncheckedState w14:val="2610" w14:font="MS Gothic"/>
          </w14:checkbox>
        </w:sdtPr>
        <w:sdtContent>
          <w:r>
            <w:rPr>
              <w:rFonts w:ascii="MS Gothic" w:hAnsi="MS Gothic"/>
            </w:rPr>
            <w:t xml:space="preserve">☐</w:t>
          </w:r>
        </w:sdtContent>
      </w:sdt>
      <w:r>
        <w:t xml:space="preserve"> 11–50    </w:t>
      </w:r>
      <w:sdt>
        <w:sdtPr>
          <w:alias w:val="8. Team size: — 51–200"/>
          <w:tag w:val="choice_1016"/>
          <w:id w:val="1016"/>
          <w14:checkbox>
            <w14:checked w14:val="0"/>
            <w14:checkedState w14:val="2612" w14:font="MS Gothic"/>
            <w14:uncheckedState w14:val="2610" w14:font="MS Gothic"/>
          </w14:checkbox>
        </w:sdtPr>
        <w:sdtContent>
          <w:r>
            <w:rPr>
              <w:rFonts w:ascii="MS Gothic" w:hAnsi="MS Gothic"/>
            </w:rPr>
            <w:t xml:space="preserve">☐</w:t>
          </w:r>
        </w:sdtContent>
      </w:sdt>
      <w:r>
        <w:t xml:space="preserve"> 51–200    </w:t>
      </w:r>
      <w:sdt>
        <w:sdtPr>
          <w:alias w:val="8. Team size: — 200+"/>
          <w:tag w:val="choice_1017"/>
          <w:id w:val="1017"/>
          <w14:checkbox>
            <w14:checked w14:val="0"/>
            <w14:checkedState w14:val="2612" w14:font="MS Gothic"/>
            <w14:uncheckedState w14:val="2610" w14:font="MS Gothic"/>
          </w14:checkbox>
        </w:sdtPr>
        <w:sdtContent>
          <w:r>
            <w:rPr>
              <w:rFonts w:ascii="MS Gothic" w:hAnsi="MS Gothic"/>
            </w:rPr>
            <w:t xml:space="preserve">☐</w:t>
          </w:r>
        </w:sdtContent>
      </w:sdt>
      <w:r>
        <w:t xml:space="preserve"> 200+</w:t>
      </w:r>
    </w:p>
    <w:p>
      <w:r>
        <w:t xml:space="preserve">9. Where do you operate? Select all that apply. Add relevant countries/regions, time zones and customer languages below; do not provide a home address.</w:t>
      </w:r>
    </w:p>
    <w:p>
      <w:r>
        <w:t xml:space="preserve">   </w:t>
      </w:r>
      <w:sdt>
        <w:sdtPr>
          <w:alias w:val="9. Where do you operate? Select all that apply. Add relevant countries/regions, time zones and customer languages below; do not provide a home address. — Local"/>
          <w:tag w:val="choice_1018"/>
          <w:id w:val="1018"/>
          <w14:checkbox>
            <w14:checked w14:val="0"/>
            <w14:checkedState w14:val="2612" w14:font="MS Gothic"/>
            <w14:uncheckedState w14:val="2610" w14:font="MS Gothic"/>
          </w14:checkbox>
        </w:sdtPr>
        <w:sdtContent>
          <w:r>
            <w:rPr>
              <w:rFonts w:ascii="MS Gothic" w:hAnsi="MS Gothic"/>
            </w:rPr>
            <w:t xml:space="preserve">☐</w:t>
          </w:r>
        </w:sdtContent>
      </w:sdt>
      <w:r>
        <w:t xml:space="preserve"> Local    </w:t>
      </w:r>
      <w:sdt>
        <w:sdtPr>
          <w:alias w:val="9. Where do you operate? Select all that apply. Add relevant countries/regions, time zones and customer languages below; do not provide a home address. — Regional"/>
          <w:tag w:val="choice_1019"/>
          <w:id w:val="1019"/>
          <w14:checkbox>
            <w14:checked w14:val="0"/>
            <w14:checkedState w14:val="2612" w14:font="MS Gothic"/>
            <w14:uncheckedState w14:val="2610" w14:font="MS Gothic"/>
          </w14:checkbox>
        </w:sdtPr>
        <w:sdtContent>
          <w:r>
            <w:rPr>
              <w:rFonts w:ascii="MS Gothic" w:hAnsi="MS Gothic"/>
            </w:rPr>
            <w:t xml:space="preserve">☐</w:t>
          </w:r>
        </w:sdtContent>
      </w:sdt>
      <w:r>
        <w:t xml:space="preserve"> Regional    </w:t>
      </w:r>
      <w:sdt>
        <w:sdtPr>
          <w:alias w:val="9. Where do you operate? Select all that apply. Add relevant countries/regions, time zones and customer languages below; do not provide a home address. — National"/>
          <w:tag w:val="choice_1020"/>
          <w:id w:val="1020"/>
          <w14:checkbox>
            <w14:checked w14:val="0"/>
            <w14:checkedState w14:val="2612" w14:font="MS Gothic"/>
            <w14:uncheckedState w14:val="2610" w14:font="MS Gothic"/>
          </w14:checkbox>
        </w:sdtPr>
        <w:sdtContent>
          <w:r>
            <w:rPr>
              <w:rFonts w:ascii="MS Gothic" w:hAnsi="MS Gothic"/>
            </w:rPr>
            <w:t xml:space="preserve">☐</w:t>
          </w:r>
        </w:sdtContent>
      </w:sdt>
      <w:r>
        <w:t xml:space="preserve"> National    </w:t>
      </w:r>
      <w:sdt>
        <w:sdtPr>
          <w:alias w:val="9. Where do you operate? Select all that apply. Add relevant countries/regions, time zones and customer languages below; do not provide a home address. — International"/>
          <w:tag w:val="choice_1021"/>
          <w:id w:val="1021"/>
          <w14:checkbox>
            <w14:checked w14:val="0"/>
            <w14:checkedState w14:val="2612" w14:font="MS Gothic"/>
            <w14:uncheckedState w14:val="2610" w14:font="MS Gothic"/>
          </w14:checkbox>
        </w:sdtPr>
        <w:sdtContent>
          <w:r>
            <w:rPr>
              <w:rFonts w:ascii="MS Gothic" w:hAnsi="MS Gothic"/>
            </w:rPr>
            <w:t xml:space="preserve">☐</w:t>
          </w:r>
        </w:sdtContent>
      </w:sdt>
      <w:r>
        <w:t xml:space="preserve"> International    </w:t>
      </w:r>
      <w:sdt>
        <w:sdtPr>
          <w:alias w:val="9. Where do you operate? Select all that apply. Add relevant countries/regions, time zones and customer languages below; do not provide a home address. — Online only"/>
          <w:tag w:val="choice_1022"/>
          <w:id w:val="1022"/>
          <w14:checkbox>
            <w14:checked w14:val="0"/>
            <w14:checkedState w14:val="2612" w14:font="MS Gothic"/>
            <w14:uncheckedState w14:val="2610" w14:font="MS Gothic"/>
          </w14:checkbox>
        </w:sdtPr>
        <w:sdtContent>
          <w:r>
            <w:rPr>
              <w:rFonts w:ascii="MS Gothic" w:hAnsi="MS Gothic"/>
            </w:rPr>
            <w:t xml:space="preserve">☐</w:t>
          </w:r>
        </w:sdtContent>
      </w:sdt>
      <w:r>
        <w:t xml:space="preserve"> Online only</w:t>
      </w:r>
    </w:p>
    <w:p>
      <w:sdt>
        <w:sdtPr>
          <w:alias w:val="9. Where do you operate? Select all that apply. Add relevant countries/regions, time zones and customer languages below; do not provide a home address."/>
          <w:tag w:val="answer_1023"/>
          <w:id w:val="1023"/>
          <w:showingPlcHdr/>
          <w:text w:multiLine="1"/>
        </w:sdtPr>
        <w:sdtContent>
          <w:r>
            <w:t xml:space="preserve">Click or tap here to enter your answer.</w:t>
          </w:r>
        </w:sdtContent>
      </w:sdt>
    </w:p>
    <w:p>
      <w:pPr>
        <w:pStyle w:val="Heading1"/>
      </w:pPr>
      <w:r>
        <w:t>2. The Business Problem</w:t>
      </w:r>
    </w:p>
    <w:p>
      <w:r>
        <w:rPr>
          <w:b/>
        </w:rPr>
        <w:t>10. What business problem do you want AI, automation, or an AI agent to solve?</w:t>
      </w:r>
    </w:p>
    <w:p>
      <w:sdt>
        <w:sdtPr>
          <w:alias w:val="10. What business problem do you want AI, automation, or an AI agent to solve?"/>
          <w:tag w:val="answer_1024"/>
          <w:id w:val="1024"/>
          <w:showingPlcHdr/>
          <w:text w:multiLine="1"/>
        </w:sdtPr>
        <w:sdtContent>
          <w:r>
            <w:t xml:space="preserve">Click or tap here to enter your answer.</w:t>
          </w:r>
        </w:sdtContent>
      </w:sdt>
    </w:p>
    <w:p>
      <w:r>
        <w:rPr>
          <w:b/>
        </w:rPr>
        <w:t>11. Which area needs the most improvement? Select all that apply:</w:t>
      </w:r>
    </w:p>
    <w:p>
      <w:r>
        <w:t xml:space="preserve">   </w:t>
      </w:r>
      <w:sdt>
        <w:sdtPr>
          <w:alias w:val="11. Which area needs the most improvement? Select all that apply: — Lead capture"/>
          <w:tag w:val="choice_1025"/>
          <w:id w:val="1025"/>
          <w14:checkbox>
            <w14:checked w14:val="0"/>
            <w14:checkedState w14:val="2612" w14:font="MS Gothic"/>
            <w14:uncheckedState w14:val="2610" w14:font="MS Gothic"/>
          </w14:checkbox>
        </w:sdtPr>
        <w:sdtContent>
          <w:r>
            <w:rPr>
              <w:rFonts w:ascii="MS Gothic" w:hAnsi="MS Gothic"/>
            </w:rPr>
            <w:t xml:space="preserve">☐</w:t>
          </w:r>
        </w:sdtContent>
      </w:sdt>
      <w:r>
        <w:t xml:space="preserve"> Lead capture    </w:t>
      </w:r>
      <w:sdt>
        <w:sdtPr>
          <w:alias w:val="11. Which area needs the most improvement? Select all that apply: — Lead follow-up"/>
          <w:tag w:val="choice_1026"/>
          <w:id w:val="1026"/>
          <w14:checkbox>
            <w14:checked w14:val="0"/>
            <w14:checkedState w14:val="2612" w14:font="MS Gothic"/>
            <w14:uncheckedState w14:val="2610" w14:font="MS Gothic"/>
          </w14:checkbox>
        </w:sdtPr>
        <w:sdtContent>
          <w:r>
            <w:rPr>
              <w:rFonts w:ascii="MS Gothic" w:hAnsi="MS Gothic"/>
            </w:rPr>
            <w:t xml:space="preserve">☐</w:t>
          </w:r>
        </w:sdtContent>
      </w:sdt>
      <w:r>
        <w:t xml:space="preserve"> Lead follow-up    </w:t>
      </w:r>
      <w:sdt>
        <w:sdtPr>
          <w:alias w:val="11. Which area needs the most improvement? Select all that apply: — Appointments"/>
          <w:tag w:val="choice_1027"/>
          <w:id w:val="1027"/>
          <w14:checkbox>
            <w14:checked w14:val="0"/>
            <w14:checkedState w14:val="2612" w14:font="MS Gothic"/>
            <w14:uncheckedState w14:val="2610" w14:font="MS Gothic"/>
          </w14:checkbox>
        </w:sdtPr>
        <w:sdtContent>
          <w:r>
            <w:rPr>
              <w:rFonts w:ascii="MS Gothic" w:hAnsi="MS Gothic"/>
            </w:rPr>
            <w:t xml:space="preserve">☐</w:t>
          </w:r>
        </w:sdtContent>
      </w:sdt>
      <w:r>
        <w:t xml:space="preserve"> Appointments    </w:t>
      </w:r>
      <w:sdt>
        <w:sdtPr>
          <w:alias w:val="11. Which area needs the most improvement? Select all that apply: — Customer support"/>
          <w:tag w:val="choice_1028"/>
          <w:id w:val="1028"/>
          <w14:checkbox>
            <w14:checked w14:val="0"/>
            <w14:checkedState w14:val="2612" w14:font="MS Gothic"/>
            <w14:uncheckedState w14:val="2610" w14:font="MS Gothic"/>
          </w14:checkbox>
        </w:sdtPr>
        <w:sdtContent>
          <w:r>
            <w:rPr>
              <w:rFonts w:ascii="MS Gothic" w:hAnsi="MS Gothic"/>
            </w:rPr>
            <w:t xml:space="preserve">☐</w:t>
          </w:r>
        </w:sdtContent>
      </w:sdt>
      <w:r>
        <w:t xml:space="preserve"> Customer support    </w:t>
      </w:r>
      <w:sdt>
        <w:sdtPr>
          <w:alias w:val="11. Which area needs the most improvement? Select all that apply: — Admin work"/>
          <w:tag w:val="choice_1029"/>
          <w:id w:val="1029"/>
          <w14:checkbox>
            <w14:checked w14:val="0"/>
            <w14:checkedState w14:val="2612" w14:font="MS Gothic"/>
            <w14:uncheckedState w14:val="2610" w14:font="MS Gothic"/>
          </w14:checkbox>
        </w:sdtPr>
        <w:sdtContent>
          <w:r>
            <w:rPr>
              <w:rFonts w:ascii="MS Gothic" w:hAnsi="MS Gothic"/>
            </w:rPr>
            <w:t xml:space="preserve">☐</w:t>
          </w:r>
        </w:sdtContent>
      </w:sdt>
      <w:r>
        <w:t xml:space="preserve"> Admin work    </w:t>
      </w:r>
      <w:sdt>
        <w:sdtPr>
          <w:alias w:val="11. Which area needs the most improvement? Select all that apply: — Documents/forms"/>
          <w:tag w:val="choice_1030"/>
          <w:id w:val="1030"/>
          <w14:checkbox>
            <w14:checked w14:val="0"/>
            <w14:checkedState w14:val="2612" w14:font="MS Gothic"/>
            <w14:uncheckedState w14:val="2610" w14:font="MS Gothic"/>
          </w14:checkbox>
        </w:sdtPr>
        <w:sdtContent>
          <w:r>
            <w:rPr>
              <w:rFonts w:ascii="MS Gothic" w:hAnsi="MS Gothic"/>
            </w:rPr>
            <w:t xml:space="preserve">☐</w:t>
          </w:r>
        </w:sdtContent>
      </w:sdt>
      <w:r>
        <w:t xml:space="preserve"> Documents/forms    </w:t>
      </w:r>
      <w:sdt>
        <w:sdtPr>
          <w:alias w:val="11. Which area needs the most improvement? Select all that apply: — Internal knowledge"/>
          <w:tag w:val="choice_1031"/>
          <w:id w:val="1031"/>
          <w14:checkbox>
            <w14:checked w14:val="0"/>
            <w14:checkedState w14:val="2612" w14:font="MS Gothic"/>
            <w14:uncheckedState w14:val="2610" w14:font="MS Gothic"/>
          </w14:checkbox>
        </w:sdtPr>
        <w:sdtContent>
          <w:r>
            <w:rPr>
              <w:rFonts w:ascii="MS Gothic" w:hAnsi="MS Gothic"/>
            </w:rPr>
            <w:t xml:space="preserve">☐</w:t>
          </w:r>
        </w:sdtContent>
      </w:sdt>
      <w:r>
        <w:t xml:space="preserve"> Internal knowledge    </w:t>
      </w:r>
      <w:sdt>
        <w:sdtPr>
          <w:alias w:val="11. Which area needs the most improvement? Select all that apply: — Marketing/content"/>
          <w:tag w:val="choice_1032"/>
          <w:id w:val="1032"/>
          <w14:checkbox>
            <w14:checked w14:val="0"/>
            <w14:checkedState w14:val="2612" w14:font="MS Gothic"/>
            <w14:uncheckedState w14:val="2610" w14:font="MS Gothic"/>
          </w14:checkbox>
        </w:sdtPr>
        <w:sdtContent>
          <w:r>
            <w:rPr>
              <w:rFonts w:ascii="MS Gothic" w:hAnsi="MS Gothic"/>
            </w:rPr>
            <w:t xml:space="preserve">☐</w:t>
          </w:r>
        </w:sdtContent>
      </w:sdt>
      <w:r>
        <w:t xml:space="preserve"> Marketing/content    </w:t>
      </w:r>
      <w:sdt>
        <w:sdtPr>
          <w:alias w:val="11. Which area needs the most improvement? Select all that apply: — Reporting"/>
          <w:tag w:val="choice_1033"/>
          <w:id w:val="1033"/>
          <w14:checkbox>
            <w14:checked w14:val="0"/>
            <w14:checkedState w14:val="2612" w14:font="MS Gothic"/>
            <w14:uncheckedState w14:val="2610" w14:font="MS Gothic"/>
          </w14:checkbox>
        </w:sdtPr>
        <w:sdtContent>
          <w:r>
            <w:rPr>
              <w:rFonts w:ascii="MS Gothic" w:hAnsi="MS Gothic"/>
            </w:rPr>
            <w:t xml:space="preserve">☐</w:t>
          </w:r>
        </w:sdtContent>
      </w:sdt>
      <w:r>
        <w:t xml:space="preserve"> Reporting    </w:t>
      </w:r>
      <w:sdt>
        <w:sdtPr>
          <w:alias w:val="11. Which area needs the most improvement? Select all that apply: — Other"/>
          <w:tag w:val="choice_1034"/>
          <w:id w:val="1034"/>
          <w14:checkbox>
            <w14:checked w14:val="0"/>
            <w14:checkedState w14:val="2612" w14:font="MS Gothic"/>
            <w14:uncheckedState w14:val="2610" w14:font="MS Gothic"/>
          </w14:checkbox>
        </w:sdtPr>
        <w:sdtContent>
          <w:r>
            <w:rPr>
              <w:rFonts w:ascii="MS Gothic" w:hAnsi="MS Gothic"/>
            </w:rPr>
            <w:t xml:space="preserve">☐</w:t>
          </w:r>
        </w:sdtContent>
      </w:sdt>
      <w:r>
        <w:t xml:space="preserve"> Other</w:t>
      </w:r>
    </w:p>
    <w:p>
      <w:r>
        <w:rPr>
          <w:b/>
        </w:rPr>
        <w:t>12. What is the main consequence if this is not solved?</w:t>
      </w:r>
    </w:p>
    <w:p>
      <w:r>
        <w:t xml:space="preserve">   </w:t>
      </w:r>
      <w:sdt>
        <w:sdtPr>
          <w:alias w:val="12. What is the main consequence if this is not solved? — Lost revenue/leads"/>
          <w:tag w:val="choice_1035"/>
          <w:id w:val="1035"/>
          <w14:checkbox>
            <w14:checked w14:val="0"/>
            <w14:checkedState w14:val="2612" w14:font="MS Gothic"/>
            <w14:uncheckedState w14:val="2610" w14:font="MS Gothic"/>
          </w14:checkbox>
        </w:sdtPr>
        <w:sdtContent>
          <w:r>
            <w:rPr>
              <w:rFonts w:ascii="MS Gothic" w:hAnsi="MS Gothic"/>
            </w:rPr>
            <w:t xml:space="preserve">☐</w:t>
          </w:r>
        </w:sdtContent>
      </w:sdt>
      <w:r>
        <w:t xml:space="preserve"> Lost revenue/leads    </w:t>
      </w:r>
      <w:sdt>
        <w:sdtPr>
          <w:alias w:val="12. What is the main consequence if this is not solved? — Staff time"/>
          <w:tag w:val="choice_1036"/>
          <w:id w:val="1036"/>
          <w14:checkbox>
            <w14:checked w14:val="0"/>
            <w14:checkedState w14:val="2612" w14:font="MS Gothic"/>
            <w14:uncheckedState w14:val="2610" w14:font="MS Gothic"/>
          </w14:checkbox>
        </w:sdtPr>
        <w:sdtContent>
          <w:r>
            <w:rPr>
              <w:rFonts w:ascii="MS Gothic" w:hAnsi="MS Gothic"/>
            </w:rPr>
            <w:t xml:space="preserve">☐</w:t>
          </w:r>
        </w:sdtContent>
      </w:sdt>
      <w:r>
        <w:t xml:space="preserve"> Staff time    </w:t>
      </w:r>
      <w:sdt>
        <w:sdtPr>
          <w:alias w:val="12. What is the main consequence if this is not solved? — Slow response"/>
          <w:tag w:val="choice_1037"/>
          <w:id w:val="1037"/>
          <w14:checkbox>
            <w14:checked w14:val="0"/>
            <w14:checkedState w14:val="2612" w14:font="MS Gothic"/>
            <w14:uncheckedState w14:val="2610" w14:font="MS Gothic"/>
          </w14:checkbox>
        </w:sdtPr>
        <w:sdtContent>
          <w:r>
            <w:rPr>
              <w:rFonts w:ascii="MS Gothic" w:hAnsi="MS Gothic"/>
            </w:rPr>
            <w:t xml:space="preserve">☐</w:t>
          </w:r>
        </w:sdtContent>
      </w:sdt>
      <w:r>
        <w:t xml:space="preserve"> Slow response    </w:t>
      </w:r>
      <w:sdt>
        <w:sdtPr>
          <w:alias w:val="12. What is the main consequence if this is not solved? — Customer experience"/>
          <w:tag w:val="choice_1038"/>
          <w:id w:val="1038"/>
          <w14:checkbox>
            <w14:checked w14:val="0"/>
            <w14:checkedState w14:val="2612" w14:font="MS Gothic"/>
            <w14:uncheckedState w14:val="2610" w14:font="MS Gothic"/>
          </w14:checkbox>
        </w:sdtPr>
        <w:sdtContent>
          <w:r>
            <w:rPr>
              <w:rFonts w:ascii="MS Gothic" w:hAnsi="MS Gothic"/>
            </w:rPr>
            <w:t xml:space="preserve">☐</w:t>
          </w:r>
        </w:sdtContent>
      </w:sdt>
      <w:r>
        <w:t xml:space="preserve"> Customer experience    </w:t>
      </w:r>
      <w:sdt>
        <w:sdtPr>
          <w:alias w:val="12. What is the main consequence if this is not solved? — Errors/risk"/>
          <w:tag w:val="choice_1039"/>
          <w:id w:val="1039"/>
          <w14:checkbox>
            <w14:checked w14:val="0"/>
            <w14:checkedState w14:val="2612" w14:font="MS Gothic"/>
            <w14:uncheckedState w14:val="2610" w14:font="MS Gothic"/>
          </w14:checkbox>
        </w:sdtPr>
        <w:sdtContent>
          <w:r>
            <w:rPr>
              <w:rFonts w:ascii="MS Gothic" w:hAnsi="MS Gothic"/>
            </w:rPr>
            <w:t xml:space="preserve">☐</w:t>
          </w:r>
        </w:sdtContent>
      </w:sdt>
      <w:r>
        <w:t xml:space="preserve"> Errors/risk    </w:t>
      </w:r>
      <w:sdt>
        <w:sdtPr>
          <w:alias w:val="12. What is the main consequence if this is not solved? — Burnout"/>
          <w:tag w:val="choice_1040"/>
          <w:id w:val="1040"/>
          <w14:checkbox>
            <w14:checked w14:val="0"/>
            <w14:checkedState w14:val="2612" w14:font="MS Gothic"/>
            <w14:uncheckedState w14:val="2610" w14:font="MS Gothic"/>
          </w14:checkbox>
        </w:sdtPr>
        <w:sdtContent>
          <w:r>
            <w:rPr>
              <w:rFonts w:ascii="MS Gothic" w:hAnsi="MS Gothic"/>
            </w:rPr>
            <w:t xml:space="preserve">☐</w:t>
          </w:r>
        </w:sdtContent>
      </w:sdt>
      <w:r>
        <w:t xml:space="preserve"> Burnout    </w:t>
      </w:r>
      <w:sdt>
        <w:sdtPr>
          <w:alias w:val="12. What is the main consequence if this is not solved? — Other"/>
          <w:tag w:val="choice_1041"/>
          <w:id w:val="1041"/>
          <w14:checkbox>
            <w14:checked w14:val="0"/>
            <w14:checkedState w14:val="2612" w14:font="MS Gothic"/>
            <w14:uncheckedState w14:val="2610" w14:font="MS Gothic"/>
          </w14:checkbox>
        </w:sdtPr>
        <w:sdtContent>
          <w:r>
            <w:rPr>
              <w:rFonts w:ascii="MS Gothic" w:hAnsi="MS Gothic"/>
            </w:rPr>
            <w:t xml:space="preserve">☐</w:t>
          </w:r>
        </w:sdtContent>
      </w:sdt>
      <w:r>
        <w:t xml:space="preserve"> Other</w:t>
      </w:r>
    </w:p>
    <w:p>
      <w:r>
        <w:rPr>
          <w:b/>
        </w:rPr>
        <w:t>13. How often does this problem occur?</w:t>
      </w:r>
    </w:p>
    <w:p>
      <w:r>
        <w:t xml:space="preserve">   </w:t>
      </w:r>
      <w:sdt>
        <w:sdtPr>
          <w:alias w:val="13. How often does this problem occur? — Multiple times daily"/>
          <w:tag w:val="choice_1042"/>
          <w:id w:val="1042"/>
          <w14:checkbox>
            <w14:checked w14:val="0"/>
            <w14:checkedState w14:val="2612" w14:font="MS Gothic"/>
            <w14:uncheckedState w14:val="2610" w14:font="MS Gothic"/>
          </w14:checkbox>
        </w:sdtPr>
        <w:sdtContent>
          <w:r>
            <w:rPr>
              <w:rFonts w:ascii="MS Gothic" w:hAnsi="MS Gothic"/>
            </w:rPr>
            <w:t xml:space="preserve">☐</w:t>
          </w:r>
        </w:sdtContent>
      </w:sdt>
      <w:r>
        <w:t xml:space="preserve"> Multiple times daily    </w:t>
      </w:r>
      <w:sdt>
        <w:sdtPr>
          <w:alias w:val="13. How often does this problem occur? — Daily"/>
          <w:tag w:val="choice_1043"/>
          <w:id w:val="1043"/>
          <w14:checkbox>
            <w14:checked w14:val="0"/>
            <w14:checkedState w14:val="2612" w14:font="MS Gothic"/>
            <w14:uncheckedState w14:val="2610" w14:font="MS Gothic"/>
          </w14:checkbox>
        </w:sdtPr>
        <w:sdtContent>
          <w:r>
            <w:rPr>
              <w:rFonts w:ascii="MS Gothic" w:hAnsi="MS Gothic"/>
            </w:rPr>
            <w:t xml:space="preserve">☐</w:t>
          </w:r>
        </w:sdtContent>
      </w:sdt>
      <w:r>
        <w:t xml:space="preserve"> Daily    </w:t>
      </w:r>
      <w:sdt>
        <w:sdtPr>
          <w:alias w:val="13. How often does this problem occur? — Weekly"/>
          <w:tag w:val="choice_1044"/>
          <w:id w:val="1044"/>
          <w14:checkbox>
            <w14:checked w14:val="0"/>
            <w14:checkedState w14:val="2612" w14:font="MS Gothic"/>
            <w14:uncheckedState w14:val="2610" w14:font="MS Gothic"/>
          </w14:checkbox>
        </w:sdtPr>
        <w:sdtContent>
          <w:r>
            <w:rPr>
              <w:rFonts w:ascii="MS Gothic" w:hAnsi="MS Gothic"/>
            </w:rPr>
            <w:t xml:space="preserve">☐</w:t>
          </w:r>
        </w:sdtContent>
      </w:sdt>
      <w:r>
        <w:t xml:space="preserve"> Weekly    </w:t>
      </w:r>
      <w:sdt>
        <w:sdtPr>
          <w:alias w:val="13. How often does this problem occur? — Monthly"/>
          <w:tag w:val="choice_1045"/>
          <w:id w:val="1045"/>
          <w14:checkbox>
            <w14:checked w14:val="0"/>
            <w14:checkedState w14:val="2612" w14:font="MS Gothic"/>
            <w14:uncheckedState w14:val="2610" w14:font="MS Gothic"/>
          </w14:checkbox>
        </w:sdtPr>
        <w:sdtContent>
          <w:r>
            <w:rPr>
              <w:rFonts w:ascii="MS Gothic" w:hAnsi="MS Gothic"/>
            </w:rPr>
            <w:t xml:space="preserve">☐</w:t>
          </w:r>
        </w:sdtContent>
      </w:sdt>
      <w:r>
        <w:t xml:space="preserve"> Monthly    </w:t>
      </w:r>
      <w:sdt>
        <w:sdtPr>
          <w:alias w:val="13. How often does this problem occur? — Occasionally"/>
          <w:tag w:val="choice_1046"/>
          <w:id w:val="1046"/>
          <w14:checkbox>
            <w14:checked w14:val="0"/>
            <w14:checkedState w14:val="2612" w14:font="MS Gothic"/>
            <w14:uncheckedState w14:val="2610" w14:font="MS Gothic"/>
          </w14:checkbox>
        </w:sdtPr>
        <w:sdtContent>
          <w:r>
            <w:rPr>
              <w:rFonts w:ascii="MS Gothic" w:hAnsi="MS Gothic"/>
            </w:rPr>
            <w:t xml:space="preserve">☐</w:t>
          </w:r>
        </w:sdtContent>
      </w:sdt>
      <w:r>
        <w:t xml:space="preserve"> Occasionally</w:t>
      </w:r>
    </w:p>
    <w:p>
      <w:r>
        <w:rPr>
          <w:b/>
        </w:rPr>
        <w:t>14. About how much staff/owner time does it consume per week?</w:t>
      </w:r>
    </w:p>
    <w:p>
      <w:r>
        <w:t xml:space="preserve">   </w:t>
      </w:r>
      <w:sdt>
        <w:sdtPr>
          <w:alias w:val="14. About how much staff/owner time does it consume per week? — Under 2 hours"/>
          <w:tag w:val="choice_1047"/>
          <w:id w:val="1047"/>
          <w14:checkbox>
            <w14:checked w14:val="0"/>
            <w14:checkedState w14:val="2612" w14:font="MS Gothic"/>
            <w14:uncheckedState w14:val="2610" w14:font="MS Gothic"/>
          </w14:checkbox>
        </w:sdtPr>
        <w:sdtContent>
          <w:r>
            <w:rPr>
              <w:rFonts w:ascii="MS Gothic" w:hAnsi="MS Gothic"/>
            </w:rPr>
            <w:t xml:space="preserve">☐</w:t>
          </w:r>
        </w:sdtContent>
      </w:sdt>
      <w:r>
        <w:t xml:space="preserve"> Under 2 hours    </w:t>
      </w:r>
      <w:sdt>
        <w:sdtPr>
          <w:alias w:val="14. About how much staff/owner time does it consume per week? — 2–5 hours"/>
          <w:tag w:val="choice_1048"/>
          <w:id w:val="1048"/>
          <w14:checkbox>
            <w14:checked w14:val="0"/>
            <w14:checkedState w14:val="2612" w14:font="MS Gothic"/>
            <w14:uncheckedState w14:val="2610" w14:font="MS Gothic"/>
          </w14:checkbox>
        </w:sdtPr>
        <w:sdtContent>
          <w:r>
            <w:rPr>
              <w:rFonts w:ascii="MS Gothic" w:hAnsi="MS Gothic"/>
            </w:rPr>
            <w:t xml:space="preserve">☐</w:t>
          </w:r>
        </w:sdtContent>
      </w:sdt>
      <w:r>
        <w:t xml:space="preserve"> 2–5 hours    </w:t>
      </w:r>
      <w:sdt>
        <w:sdtPr>
          <w:alias w:val="14. About how much staff/owner time does it consume per week? — 6–10 hours"/>
          <w:tag w:val="choice_1049"/>
          <w:id w:val="1049"/>
          <w14:checkbox>
            <w14:checked w14:val="0"/>
            <w14:checkedState w14:val="2612" w14:font="MS Gothic"/>
            <w14:uncheckedState w14:val="2610" w14:font="MS Gothic"/>
          </w14:checkbox>
        </w:sdtPr>
        <w:sdtContent>
          <w:r>
            <w:rPr>
              <w:rFonts w:ascii="MS Gothic" w:hAnsi="MS Gothic"/>
            </w:rPr>
            <w:t xml:space="preserve">☐</w:t>
          </w:r>
        </w:sdtContent>
      </w:sdt>
      <w:r>
        <w:t xml:space="preserve"> 6–10 hours    </w:t>
      </w:r>
      <w:sdt>
        <w:sdtPr>
          <w:alias w:val="14. About how much staff/owner time does it consume per week? — 11–20 hours"/>
          <w:tag w:val="choice_1050"/>
          <w:id w:val="1050"/>
          <w14:checkbox>
            <w14:checked w14:val="0"/>
            <w14:checkedState w14:val="2612" w14:font="MS Gothic"/>
            <w14:uncheckedState w14:val="2610" w14:font="MS Gothic"/>
          </w14:checkbox>
        </w:sdtPr>
        <w:sdtContent>
          <w:r>
            <w:rPr>
              <w:rFonts w:ascii="MS Gothic" w:hAnsi="MS Gothic"/>
            </w:rPr>
            <w:t xml:space="preserve">☐</w:t>
          </w:r>
        </w:sdtContent>
      </w:sdt>
      <w:r>
        <w:t xml:space="preserve"> 11–20 hours    </w:t>
      </w:r>
      <w:sdt>
        <w:sdtPr>
          <w:alias w:val="14. About how much staff/owner time does it consume per week? — 20+ hours"/>
          <w:tag w:val="choice_1051"/>
          <w:id w:val="1051"/>
          <w14:checkbox>
            <w14:checked w14:val="0"/>
            <w14:checkedState w14:val="2612" w14:font="MS Gothic"/>
            <w14:uncheckedState w14:val="2610" w14:font="MS Gothic"/>
          </w14:checkbox>
        </w:sdtPr>
        <w:sdtContent>
          <w:r>
            <w:rPr>
              <w:rFonts w:ascii="MS Gothic" w:hAnsi="MS Gothic"/>
            </w:rPr>
            <w:t xml:space="preserve">☐</w:t>
          </w:r>
        </w:sdtContent>
      </w:sdt>
      <w:r>
        <w:t xml:space="preserve"> 20+ hours    </w:t>
      </w:r>
      <w:sdt>
        <w:sdtPr>
          <w:alias w:val="14. About how much staff/owner time does it consume per week? — Not sure"/>
          <w:tag w:val="choice_1052"/>
          <w:id w:val="1052"/>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rPr>
          <w:b/>
        </w:rPr>
        <w:t>15. Who currently handles this task?</w:t>
      </w:r>
    </w:p>
    <w:p>
      <w:r>
        <w:t xml:space="preserve">   </w:t>
      </w:r>
      <w:sdt>
        <w:sdtPr>
          <w:alias w:val="15. Who currently handles this task? — Owner"/>
          <w:tag w:val="choice_1053"/>
          <w:id w:val="1053"/>
          <w14:checkbox>
            <w14:checked w14:val="0"/>
            <w14:checkedState w14:val="2612" w14:font="MS Gothic"/>
            <w14:uncheckedState w14:val="2610" w14:font="MS Gothic"/>
          </w14:checkbox>
        </w:sdtPr>
        <w:sdtContent>
          <w:r>
            <w:rPr>
              <w:rFonts w:ascii="MS Gothic" w:hAnsi="MS Gothic"/>
            </w:rPr>
            <w:t xml:space="preserve">☐</w:t>
          </w:r>
        </w:sdtContent>
      </w:sdt>
      <w:r>
        <w:t xml:space="preserve"> Owner    </w:t>
      </w:r>
      <w:sdt>
        <w:sdtPr>
          <w:alias w:val="15. Who currently handles this task? — Sales"/>
          <w:tag w:val="choice_1054"/>
          <w:id w:val="1054"/>
          <w14:checkbox>
            <w14:checked w14:val="0"/>
            <w14:checkedState w14:val="2612" w14:font="MS Gothic"/>
            <w14:uncheckedState w14:val="2610" w14:font="MS Gothic"/>
          </w14:checkbox>
        </w:sdtPr>
        <w:sdtContent>
          <w:r>
            <w:rPr>
              <w:rFonts w:ascii="MS Gothic" w:hAnsi="MS Gothic"/>
            </w:rPr>
            <w:t xml:space="preserve">☐</w:t>
          </w:r>
        </w:sdtContent>
      </w:sdt>
      <w:r>
        <w:t xml:space="preserve"> Sales    </w:t>
      </w:r>
      <w:sdt>
        <w:sdtPr>
          <w:alias w:val="15. Who currently handles this task? — Support"/>
          <w:tag w:val="choice_1055"/>
          <w:id w:val="1055"/>
          <w14:checkbox>
            <w14:checked w14:val="0"/>
            <w14:checkedState w14:val="2612" w14:font="MS Gothic"/>
            <w14:uncheckedState w14:val="2610" w14:font="MS Gothic"/>
          </w14:checkbox>
        </w:sdtPr>
        <w:sdtContent>
          <w:r>
            <w:rPr>
              <w:rFonts w:ascii="MS Gothic" w:hAnsi="MS Gothic"/>
            </w:rPr>
            <w:t xml:space="preserve">☐</w:t>
          </w:r>
        </w:sdtContent>
      </w:sdt>
      <w:r>
        <w:t xml:space="preserve"> Support    </w:t>
      </w:r>
      <w:sdt>
        <w:sdtPr>
          <w:alias w:val="15. Who currently handles this task? — Admin/Operations"/>
          <w:tag w:val="choice_1056"/>
          <w:id w:val="1056"/>
          <w14:checkbox>
            <w14:checked w14:val="0"/>
            <w14:checkedState w14:val="2612" w14:font="MS Gothic"/>
            <w14:uncheckedState w14:val="2610" w14:font="MS Gothic"/>
          </w14:checkbox>
        </w:sdtPr>
        <w:sdtContent>
          <w:r>
            <w:rPr>
              <w:rFonts w:ascii="MS Gothic" w:hAnsi="MS Gothic"/>
            </w:rPr>
            <w:t xml:space="preserve">☐</w:t>
          </w:r>
        </w:sdtContent>
      </w:sdt>
      <w:r>
        <w:t xml:space="preserve"> Admin/Operations    </w:t>
      </w:r>
      <w:sdt>
        <w:sdtPr>
          <w:alias w:val="15. Who currently handles this task? — Contractor/Agency"/>
          <w:tag w:val="choice_1057"/>
          <w:id w:val="1057"/>
          <w14:checkbox>
            <w14:checked w14:val="0"/>
            <w14:checkedState w14:val="2612" w14:font="MS Gothic"/>
            <w14:uncheckedState w14:val="2610" w14:font="MS Gothic"/>
          </w14:checkbox>
        </w:sdtPr>
        <w:sdtContent>
          <w:r>
            <w:rPr>
              <w:rFonts w:ascii="MS Gothic" w:hAnsi="MS Gothic"/>
            </w:rPr>
            <w:t xml:space="preserve">☐</w:t>
          </w:r>
        </w:sdtContent>
      </w:sdt>
      <w:r>
        <w:t xml:space="preserve"> Contractor/Agency    </w:t>
      </w:r>
      <w:sdt>
        <w:sdtPr>
          <w:alias w:val="15. Who currently handles this task? — Multiple teams"/>
          <w:tag w:val="choice_1058"/>
          <w:id w:val="1058"/>
          <w14:checkbox>
            <w14:checked w14:val="0"/>
            <w14:checkedState w14:val="2612" w14:font="MS Gothic"/>
            <w14:uncheckedState w14:val="2610" w14:font="MS Gothic"/>
          </w14:checkbox>
        </w:sdtPr>
        <w:sdtContent>
          <w:r>
            <w:rPr>
              <w:rFonts w:ascii="MS Gothic" w:hAnsi="MS Gothic"/>
            </w:rPr>
            <w:t xml:space="preserve">☐</w:t>
          </w:r>
        </w:sdtContent>
      </w:sdt>
      <w:r>
        <w:t xml:space="preserve"> Multiple teams    </w:t>
      </w:r>
      <w:sdt>
        <w:sdtPr>
          <w:alias w:val="15. Who currently handles this task? — No one consistently"/>
          <w:tag w:val="choice_1059"/>
          <w:id w:val="1059"/>
          <w14:checkbox>
            <w14:checked w14:val="0"/>
            <w14:checkedState w14:val="2612" w14:font="MS Gothic"/>
            <w14:uncheckedState w14:val="2610" w14:font="MS Gothic"/>
          </w14:checkbox>
        </w:sdtPr>
        <w:sdtContent>
          <w:r>
            <w:rPr>
              <w:rFonts w:ascii="MS Gothic" w:hAnsi="MS Gothic"/>
            </w:rPr>
            <w:t xml:space="preserve">☐</w:t>
          </w:r>
        </w:sdtContent>
      </w:sdt>
      <w:r>
        <w:t xml:space="preserve"> No one consistently</w:t>
      </w:r>
    </w:p>
    <w:p>
      <w:r>
        <w:rPr>
          <w:b/>
        </w:rPr>
        <w:t>16. Describe the current workflow from the trigger to the final result.</w:t>
      </w:r>
    </w:p>
    <w:p>
      <w:sdt>
        <w:sdtPr>
          <w:alias w:val="16. Describe the current workflow from the trigger to the final result."/>
          <w:tag w:val="answer_1060"/>
          <w:id w:val="1060"/>
          <w:showingPlcHdr/>
          <w:text w:multiLine="1"/>
        </w:sdtPr>
        <w:sdtContent>
          <w:r>
            <w:t xml:space="preserve">Click or tap here to enter your answer.</w:t>
          </w:r>
        </w:sdtContent>
      </w:sdt>
    </w:p>
    <w:p>
      <w:r>
        <w:rPr>
          <w:b/>
        </w:rPr>
        <w:t>17. Where does this workflow become slow, expensive, inconsistent, or frustrating?</w:t>
      </w:r>
    </w:p>
    <w:p>
      <w:sdt>
        <w:sdtPr>
          <w:alias w:val="17. Where does this workflow become slow, expensive, inconsistent, or frustrating?"/>
          <w:tag w:val="answer_1061"/>
          <w:id w:val="1061"/>
          <w:showingPlcHdr/>
          <w:text w:multiLine="1"/>
        </w:sdtPr>
        <w:sdtContent>
          <w:r>
            <w:t xml:space="preserve">Click or tap here to enter your answer.</w:t>
          </w:r>
        </w:sdtContent>
      </w:sdt>
    </w:p>
    <w:p>
      <w:pPr>
        <w:pStyle w:val="Heading1"/>
      </w:pPr>
      <w:r>
        <w:t>3. Desired Outcome &amp; Success Measure</w:t>
      </w:r>
    </w:p>
    <w:p>
      <w:r>
        <w:rPr>
          <w:b/>
        </w:rPr>
        <w:t>18. If this solution worked perfectly, what would be different 90 days after launch?</w:t>
      </w:r>
    </w:p>
    <w:p>
      <w:sdt>
        <w:sdtPr>
          <w:alias w:val="18. If this solution worked perfectly, what would be different 90 days after launch?"/>
          <w:tag w:val="answer_1062"/>
          <w:id w:val="1062"/>
          <w:showingPlcHdr/>
          <w:text w:multiLine="1"/>
        </w:sdtPr>
        <w:sdtContent>
          <w:r>
            <w:t xml:space="preserve">Click or tap here to enter your answer.</w:t>
          </w:r>
        </w:sdtContent>
      </w:sdt>
    </w:p>
    <w:p>
      <w:r>
        <w:rPr>
          <w:b/>
        </w:rPr>
        <w:t>19. What is your primary desired outcome?</w:t>
      </w:r>
    </w:p>
    <w:p>
      <w:r>
        <w:t xml:space="preserve">   </w:t>
      </w:r>
      <w:sdt>
        <w:sdtPr>
          <w:alias w:val="19. What is your primary desired outcome? — More qualified leads"/>
          <w:tag w:val="choice_1063"/>
          <w:id w:val="1063"/>
          <w14:checkbox>
            <w14:checked w14:val="0"/>
            <w14:checkedState w14:val="2612" w14:font="MS Gothic"/>
            <w14:uncheckedState w14:val="2610" w14:font="MS Gothic"/>
          </w14:checkbox>
        </w:sdtPr>
        <w:sdtContent>
          <w:r>
            <w:rPr>
              <w:rFonts w:ascii="MS Gothic" w:hAnsi="MS Gothic"/>
            </w:rPr>
            <w:t xml:space="preserve">☐</w:t>
          </w:r>
        </w:sdtContent>
      </w:sdt>
      <w:r>
        <w:t xml:space="preserve"> More qualified leads    </w:t>
      </w:r>
      <w:sdt>
        <w:sdtPr>
          <w:alias w:val="19. What is your primary desired outcome? — Faster responses"/>
          <w:tag w:val="choice_1064"/>
          <w:id w:val="1064"/>
          <w14:checkbox>
            <w14:checked w14:val="0"/>
            <w14:checkedState w14:val="2612" w14:font="MS Gothic"/>
            <w14:uncheckedState w14:val="2610" w14:font="MS Gothic"/>
          </w14:checkbox>
        </w:sdtPr>
        <w:sdtContent>
          <w:r>
            <w:rPr>
              <w:rFonts w:ascii="MS Gothic" w:hAnsi="MS Gothic"/>
            </w:rPr>
            <w:t xml:space="preserve">☐</w:t>
          </w:r>
        </w:sdtContent>
      </w:sdt>
      <w:r>
        <w:t xml:space="preserve"> Faster responses    </w:t>
      </w:r>
      <w:sdt>
        <w:sdtPr>
          <w:alias w:val="19. What is your primary desired outcome? — More bookings"/>
          <w:tag w:val="choice_1065"/>
          <w:id w:val="1065"/>
          <w14:checkbox>
            <w14:checked w14:val="0"/>
            <w14:checkedState w14:val="2612" w14:font="MS Gothic"/>
            <w14:uncheckedState w14:val="2610" w14:font="MS Gothic"/>
          </w14:checkbox>
        </w:sdtPr>
        <w:sdtContent>
          <w:r>
            <w:rPr>
              <w:rFonts w:ascii="MS Gothic" w:hAnsi="MS Gothic"/>
            </w:rPr>
            <w:t xml:space="preserve">☐</w:t>
          </w:r>
        </w:sdtContent>
      </w:sdt>
      <w:r>
        <w:t xml:space="preserve"> More bookings    </w:t>
      </w:r>
      <w:sdt>
        <w:sdtPr>
          <w:alias w:val="19. What is your primary desired outcome? — Less manual support"/>
          <w:tag w:val="choice_1066"/>
          <w:id w:val="1066"/>
          <w14:checkbox>
            <w14:checked w14:val="0"/>
            <w14:checkedState w14:val="2612" w14:font="MS Gothic"/>
            <w14:uncheckedState w14:val="2610" w14:font="MS Gothic"/>
          </w14:checkbox>
        </w:sdtPr>
        <w:sdtContent>
          <w:r>
            <w:rPr>
              <w:rFonts w:ascii="MS Gothic" w:hAnsi="MS Gothic"/>
            </w:rPr>
            <w:t xml:space="preserve">☐</w:t>
          </w:r>
        </w:sdtContent>
      </w:sdt>
      <w:r>
        <w:t xml:space="preserve"> Less manual support    </w:t>
      </w:r>
      <w:sdt>
        <w:sdtPr>
          <w:alias w:val="19. What is your primary desired outcome? — Less admin"/>
          <w:tag w:val="choice_1067"/>
          <w:id w:val="1067"/>
          <w14:checkbox>
            <w14:checked w14:val="0"/>
            <w14:checkedState w14:val="2612" w14:font="MS Gothic"/>
            <w14:uncheckedState w14:val="2610" w14:font="MS Gothic"/>
          </w14:checkbox>
        </w:sdtPr>
        <w:sdtContent>
          <w:r>
            <w:rPr>
              <w:rFonts w:ascii="MS Gothic" w:hAnsi="MS Gothic"/>
            </w:rPr>
            <w:t xml:space="preserve">☐</w:t>
          </w:r>
        </w:sdtContent>
      </w:sdt>
      <w:r>
        <w:t xml:space="preserve"> Less admin    </w:t>
      </w:r>
      <w:sdt>
        <w:sdtPr>
          <w:alias w:val="19. What is your primary desired outcome? — Faster processing"/>
          <w:tag w:val="choice_1068"/>
          <w:id w:val="1068"/>
          <w14:checkbox>
            <w14:checked w14:val="0"/>
            <w14:checkedState w14:val="2612" w14:font="MS Gothic"/>
            <w14:uncheckedState w14:val="2610" w14:font="MS Gothic"/>
          </w14:checkbox>
        </w:sdtPr>
        <w:sdtContent>
          <w:r>
            <w:rPr>
              <w:rFonts w:ascii="MS Gothic" w:hAnsi="MS Gothic"/>
            </w:rPr>
            <w:t xml:space="preserve">☐</w:t>
          </w:r>
        </w:sdtContent>
      </w:sdt>
      <w:r>
        <w:t xml:space="preserve"> Faster processing    </w:t>
      </w:r>
      <w:sdt>
        <w:sdtPr>
          <w:alias w:val="19. What is your primary desired outcome? — Better team knowledge"/>
          <w:tag w:val="choice_1069"/>
          <w:id w:val="1069"/>
          <w14:checkbox>
            <w14:checked w14:val="0"/>
            <w14:checkedState w14:val="2612" w14:font="MS Gothic"/>
            <w14:uncheckedState w14:val="2610" w14:font="MS Gothic"/>
          </w14:checkbox>
        </w:sdtPr>
        <w:sdtContent>
          <w:r>
            <w:rPr>
              <w:rFonts w:ascii="MS Gothic" w:hAnsi="MS Gothic"/>
            </w:rPr>
            <w:t xml:space="preserve">☐</w:t>
          </w:r>
        </w:sdtContent>
      </w:sdt>
      <w:r>
        <w:t xml:space="preserve"> Better team knowledge    </w:t>
      </w:r>
      <w:sdt>
        <w:sdtPr>
          <w:alias w:val="19. What is your primary desired outcome? — More content"/>
          <w:tag w:val="choice_1070"/>
          <w:id w:val="1070"/>
          <w14:checkbox>
            <w14:checked w14:val="0"/>
            <w14:checkedState w14:val="2612" w14:font="MS Gothic"/>
            <w14:uncheckedState w14:val="2610" w14:font="MS Gothic"/>
          </w14:checkbox>
        </w:sdtPr>
        <w:sdtContent>
          <w:r>
            <w:rPr>
              <w:rFonts w:ascii="MS Gothic" w:hAnsi="MS Gothic"/>
            </w:rPr>
            <w:t xml:space="preserve">☐</w:t>
          </w:r>
        </w:sdtContent>
      </w:sdt>
      <w:r>
        <w:t xml:space="preserve"> More content    </w:t>
      </w:r>
      <w:sdt>
        <w:sdtPr>
          <w:alias w:val="19. What is your primary desired outcome? — Better reporting"/>
          <w:tag w:val="choice_1071"/>
          <w:id w:val="1071"/>
          <w14:checkbox>
            <w14:checked w14:val="0"/>
            <w14:checkedState w14:val="2612" w14:font="MS Gothic"/>
            <w14:uncheckedState w14:val="2610" w14:font="MS Gothic"/>
          </w14:checkbox>
        </w:sdtPr>
        <w:sdtContent>
          <w:r>
            <w:rPr>
              <w:rFonts w:ascii="MS Gothic" w:hAnsi="MS Gothic"/>
            </w:rPr>
            <w:t xml:space="preserve">☐</w:t>
          </w:r>
        </w:sdtContent>
      </w:sdt>
      <w:r>
        <w:t xml:space="preserve"> Better reporting    </w:t>
      </w:r>
      <w:sdt>
        <w:sdtPr>
          <w:alias w:val="19. What is your primary desired outcome? — Other"/>
          <w:tag w:val="choice_1072"/>
          <w:id w:val="1072"/>
          <w14:checkbox>
            <w14:checked w14:val="0"/>
            <w14:checkedState w14:val="2612" w14:font="MS Gothic"/>
            <w14:uncheckedState w14:val="2610" w14:font="MS Gothic"/>
          </w14:checkbox>
        </w:sdtPr>
        <w:sdtContent>
          <w:r>
            <w:rPr>
              <w:rFonts w:ascii="MS Gothic" w:hAnsi="MS Gothic"/>
            </w:rPr>
            <w:t xml:space="preserve">☐</w:t>
          </w:r>
        </w:sdtContent>
      </w:sdt>
      <w:r>
        <w:t xml:space="preserve"> Other</w:t>
      </w:r>
    </w:p>
    <w:p>
      <w:r>
        <w:t xml:space="preserve">20. What is the current baseline, desired target and deadline for your primary success measure? Example: current response time 1 day; target under 2 minutes within 90 days. State what a pilot must demonstrate, acceptable error limits and who approves launch.</w:t>
      </w:r>
    </w:p>
    <w:p>
      <w:sdt>
        <w:sdtPr>
          <w:alias w:val="20. What is the current baseline, desired target and deadline for your primary success measure? Example: current response time 1 day; target under 2 minutes within 90 days. State what a pilot must demonstrate, acceptable error limits and wh"/>
          <w:tag w:val="answer_1073"/>
          <w:id w:val="1073"/>
          <w:showingPlcHdr/>
          <w:text w:multiLine="1"/>
        </w:sdtPr>
        <w:sdtContent>
          <w:r>
            <w:t xml:space="preserve">Click or tap here to enter your answer.</w:t>
          </w:r>
        </w:sdtContent>
      </w:sdt>
    </w:p>
    <w:p>
      <w:r>
        <w:t xml:space="preserve">21. What is the approximate monthly volume and busiest-hour/day volume? Include leads, support requests, appointments, documents or content pieces; provide aggregate counts only.</w:t>
      </w:r>
    </w:p>
    <w:p>
      <w:sdt>
        <w:sdtPr>
          <w:alias w:val="21. What is the approximate monthly volume and busiest-hour/day volume? Include leads, support requests, appointments, documents or content pieces; provide aggregate counts only."/>
          <w:tag w:val="answer_1074"/>
          <w:id w:val="1074"/>
          <w:showingPlcHdr/>
          <w:text w:multiLine="1"/>
        </w:sdtPr>
        <w:sdtContent>
          <w:r>
            <w:t xml:space="preserve">Click or tap here to enter your answer.</w:t>
          </w:r>
        </w:sdtContent>
      </w:sdt>
    </w:p>
    <w:p>
      <w:r>
        <w:rPr>
          <w:b/>
        </w:rPr>
        <w:t>22. How urgent is this project?</w:t>
      </w:r>
    </w:p>
    <w:p>
      <w:r>
        <w:t xml:space="preserve">   </w:t>
      </w:r>
      <w:sdt>
        <w:sdtPr>
          <w:alias w:val="22. How urgent is this project? — Researching"/>
          <w:tag w:val="choice_1075"/>
          <w:id w:val="1075"/>
          <w14:checkbox>
            <w14:checked w14:val="0"/>
            <w14:checkedState w14:val="2612" w14:font="MS Gothic"/>
            <w14:uncheckedState w14:val="2610" w14:font="MS Gothic"/>
          </w14:checkbox>
        </w:sdtPr>
        <w:sdtContent>
          <w:r>
            <w:rPr>
              <w:rFonts w:ascii="MS Gothic" w:hAnsi="MS Gothic"/>
            </w:rPr>
            <w:t xml:space="preserve">☐</w:t>
          </w:r>
        </w:sdtContent>
      </w:sdt>
      <w:r>
        <w:t xml:space="preserve"> Researching    </w:t>
      </w:r>
      <w:sdt>
        <w:sdtPr>
          <w:alias w:val="22. How urgent is this project? — Within 90 days"/>
          <w:tag w:val="choice_1076"/>
          <w:id w:val="1076"/>
          <w14:checkbox>
            <w14:checked w14:val="0"/>
            <w14:checkedState w14:val="2612" w14:font="MS Gothic"/>
            <w14:uncheckedState w14:val="2610" w14:font="MS Gothic"/>
          </w14:checkbox>
        </w:sdtPr>
        <w:sdtContent>
          <w:r>
            <w:rPr>
              <w:rFonts w:ascii="MS Gothic" w:hAnsi="MS Gothic"/>
            </w:rPr>
            <w:t xml:space="preserve">☐</w:t>
          </w:r>
        </w:sdtContent>
      </w:sdt>
      <w:r>
        <w:t xml:space="preserve"> Within 90 days    </w:t>
      </w:r>
      <w:sdt>
        <w:sdtPr>
          <w:alias w:val="22. How urgent is this project? — Within 60 days"/>
          <w:tag w:val="choice_1077"/>
          <w:id w:val="1077"/>
          <w14:checkbox>
            <w14:checked w14:val="0"/>
            <w14:checkedState w14:val="2612" w14:font="MS Gothic"/>
            <w14:uncheckedState w14:val="2610" w14:font="MS Gothic"/>
          </w14:checkbox>
        </w:sdtPr>
        <w:sdtContent>
          <w:r>
            <w:rPr>
              <w:rFonts w:ascii="MS Gothic" w:hAnsi="MS Gothic"/>
            </w:rPr>
            <w:t xml:space="preserve">☐</w:t>
          </w:r>
        </w:sdtContent>
      </w:sdt>
      <w:r>
        <w:t xml:space="preserve"> Within 60 days    </w:t>
      </w:r>
      <w:sdt>
        <w:sdtPr>
          <w:alias w:val="22. How urgent is this project? — Within 30 days"/>
          <w:tag w:val="choice_1078"/>
          <w:id w:val="1078"/>
          <w14:checkbox>
            <w14:checked w14:val="0"/>
            <w14:checkedState w14:val="2612" w14:font="MS Gothic"/>
            <w14:uncheckedState w14:val="2610" w14:font="MS Gothic"/>
          </w14:checkbox>
        </w:sdtPr>
        <w:sdtContent>
          <w:r>
            <w:rPr>
              <w:rFonts w:ascii="MS Gothic" w:hAnsi="MS Gothic"/>
            </w:rPr>
            <w:t xml:space="preserve">☐</w:t>
          </w:r>
        </w:sdtContent>
      </w:sdt>
      <w:r>
        <w:t xml:space="preserve"> Within 30 days    </w:t>
      </w:r>
      <w:sdt>
        <w:sdtPr>
          <w:alias w:val="22. How urgent is this project? — Within 2 weeks"/>
          <w:tag w:val="choice_1079"/>
          <w:id w:val="1079"/>
          <w14:checkbox>
            <w14:checked w14:val="0"/>
            <w14:checkedState w14:val="2612" w14:font="MS Gothic"/>
            <w14:uncheckedState w14:val="2610" w14:font="MS Gothic"/>
          </w14:checkbox>
        </w:sdtPr>
        <w:sdtContent>
          <w:r>
            <w:rPr>
              <w:rFonts w:ascii="MS Gothic" w:hAnsi="MS Gothic"/>
            </w:rPr>
            <w:t xml:space="preserve">☐</w:t>
          </w:r>
        </w:sdtContent>
      </w:sdt>
      <w:r>
        <w:t xml:space="preserve"> Within 2 weeks</w:t>
      </w:r>
    </w:p>
    <w:p>
      <w:pPr>
        <w:pStyle w:val="Heading1"/>
      </w:pPr>
      <w:r>
        <w:t>4. AI Agent &amp; Automation Fit</w:t>
      </w:r>
    </w:p>
    <w:p>
      <w:r>
        <w:t xml:space="preserve">23. In one sentence, describe the first useful deliverable (rather than every future possibility).</w:t>
      </w:r>
    </w:p>
    <w:p>
      <w:sdt>
        <w:sdtPr>
          <w:alias w:val="23. In one sentence, describe the first useful deliverable (rather than every future possibility)."/>
          <w:tag w:val="answer_1080"/>
          <w:id w:val="1080"/>
          <w:showingPlcHdr/>
          <w:text w:multiLine="1"/>
        </w:sdtPr>
        <w:sdtContent>
          <w:r>
            <w:t xml:space="preserve">Click or tap here to enter your answer.</w:t>
          </w:r>
        </w:sdtContent>
      </w:sdt>
    </w:p>
    <w:p>
      <w:r>
        <w:rPr>
          <w:b/>
        </w:rPr>
        <w:t>24. Does the task follow repeatable steps or rules?</w:t>
      </w:r>
    </w:p>
    <w:p>
      <w:r>
        <w:t xml:space="preserve">   </w:t>
      </w:r>
      <w:sdt>
        <w:sdtPr>
          <w:alias w:val="24. Does the task follow repeatable steps or rules? — Yes, clearly"/>
          <w:tag w:val="choice_1081"/>
          <w:id w:val="1081"/>
          <w14:checkbox>
            <w14:checked w14:val="0"/>
            <w14:checkedState w14:val="2612" w14:font="MS Gothic"/>
            <w14:uncheckedState w14:val="2610" w14:font="MS Gothic"/>
          </w14:checkbox>
        </w:sdtPr>
        <w:sdtContent>
          <w:r>
            <w:rPr>
              <w:rFonts w:ascii="MS Gothic" w:hAnsi="MS Gothic"/>
            </w:rPr>
            <w:t xml:space="preserve">☐</w:t>
          </w:r>
        </w:sdtContent>
      </w:sdt>
      <w:r>
        <w:t xml:space="preserve"> Yes, clearly    </w:t>
      </w:r>
      <w:sdt>
        <w:sdtPr>
          <w:alias w:val="24. Does the task follow repeatable steps or rules? — Somewhat; there are exceptions"/>
          <w:tag w:val="choice_1082"/>
          <w:id w:val="1082"/>
          <w14:checkbox>
            <w14:checked w14:val="0"/>
            <w14:checkedState w14:val="2612" w14:font="MS Gothic"/>
            <w14:uncheckedState w14:val="2610" w14:font="MS Gothic"/>
          </w14:checkbox>
        </w:sdtPr>
        <w:sdtContent>
          <w:r>
            <w:rPr>
              <w:rFonts w:ascii="MS Gothic" w:hAnsi="MS Gothic"/>
            </w:rPr>
            <w:t xml:space="preserve">☐</w:t>
          </w:r>
        </w:sdtContent>
      </w:sdt>
      <w:r>
        <w:t xml:space="preserve"> Somewhat; there are exceptions    </w:t>
      </w:r>
      <w:sdt>
        <w:sdtPr>
          <w:alias w:val="24. Does the task follow repeatable steps or rules? — No; it varies every time"/>
          <w:tag w:val="choice_1083"/>
          <w:id w:val="1083"/>
          <w14:checkbox>
            <w14:checked w14:val="0"/>
            <w14:checkedState w14:val="2612" w14:font="MS Gothic"/>
            <w14:uncheckedState w14:val="2610" w14:font="MS Gothic"/>
          </w14:checkbox>
        </w:sdtPr>
        <w:sdtContent>
          <w:r>
            <w:rPr>
              <w:rFonts w:ascii="MS Gothic" w:hAnsi="MS Gothic"/>
            </w:rPr>
            <w:t xml:space="preserve">☐</w:t>
          </w:r>
        </w:sdtContent>
      </w:sdt>
      <w:r>
        <w:t xml:space="preserve"> No; it varies every time    </w:t>
      </w:r>
      <w:sdt>
        <w:sdtPr>
          <w:alias w:val="24. Does the task follow repeatable steps or rules? — Not sure"/>
          <w:tag w:val="choice_1084"/>
          <w:id w:val="1084"/>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rPr>
          <w:b/>
        </w:rPr>
        <w:t>25. Can a person review the result before a high-stakes action is taken?</w:t>
      </w:r>
    </w:p>
    <w:p>
      <w:r>
        <w:t xml:space="preserve">   </w:t>
      </w:r>
      <w:sdt>
        <w:sdtPr>
          <w:alias w:val="25. Can a person review the result before a high-stakes action is taken? — Yes"/>
          <w:tag w:val="choice_1085"/>
          <w:id w:val="1085"/>
          <w14:checkbox>
            <w14:checked w14:val="0"/>
            <w14:checkedState w14:val="2612" w14:font="MS Gothic"/>
            <w14:uncheckedState w14:val="2610" w14:font="MS Gothic"/>
          </w14:checkbox>
        </w:sdtPr>
        <w:sdtContent>
          <w:r>
            <w:rPr>
              <w:rFonts w:ascii="MS Gothic" w:hAnsi="MS Gothic"/>
            </w:rPr>
            <w:t xml:space="preserve">☐</w:t>
          </w:r>
        </w:sdtContent>
      </w:sdt>
      <w:r>
        <w:t xml:space="preserve"> Yes    </w:t>
      </w:r>
      <w:sdt>
        <w:sdtPr>
          <w:alias w:val="25. Can a person review the result before a high-stakes action is taken? — Sometimes"/>
          <w:tag w:val="choice_1086"/>
          <w:id w:val="1086"/>
          <w14:checkbox>
            <w14:checked w14:val="0"/>
            <w14:checkedState w14:val="2612" w14:font="MS Gothic"/>
            <w14:uncheckedState w14:val="2610" w14:font="MS Gothic"/>
          </w14:checkbox>
        </w:sdtPr>
        <w:sdtContent>
          <w:r>
            <w:rPr>
              <w:rFonts w:ascii="MS Gothic" w:hAnsi="MS Gothic"/>
            </w:rPr>
            <w:t xml:space="preserve">☐</w:t>
          </w:r>
        </w:sdtContent>
      </w:sdt>
      <w:r>
        <w:t xml:space="preserve"> Sometimes    </w:t>
      </w:r>
      <w:sdt>
        <w:sdtPr>
          <w:alias w:val="25. Can a person review the result before a high-stakes action is taken? — No"/>
          <w:tag w:val="choice_1087"/>
          <w:id w:val="1087"/>
          <w14:checkbox>
            <w14:checked w14:val="0"/>
            <w14:checkedState w14:val="2612" w14:font="MS Gothic"/>
            <w14:uncheckedState w14:val="2610" w14:font="MS Gothic"/>
          </w14:checkbox>
        </w:sdtPr>
        <w:sdtContent>
          <w:r>
            <w:rPr>
              <w:rFonts w:ascii="MS Gothic" w:hAnsi="MS Gothic"/>
            </w:rPr>
            <w:t xml:space="preserve">☐</w:t>
          </w:r>
        </w:sdtContent>
      </w:sdt>
      <w:r>
        <w:t xml:space="preserve"> No    </w:t>
      </w:r>
      <w:sdt>
        <w:sdtPr>
          <w:alias w:val="25. Can a person review the result before a high-stakes action is taken? — Not sure"/>
          <w:tag w:val="choice_1088"/>
          <w:id w:val="1088"/>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rPr>
          <w:b/>
        </w:rPr>
        <w:t>26. What should AI be allowed to do? Select all that apply:</w:t>
      </w:r>
    </w:p>
    <w:p>
      <w:r>
        <w:t xml:space="preserve">   </w:t>
      </w:r>
      <w:sdt>
        <w:sdtPr>
          <w:alias w:val="26. What should AI be allowed to do? Select all that apply: — Research"/>
          <w:tag w:val="choice_1089"/>
          <w:id w:val="1089"/>
          <w14:checkbox>
            <w14:checked w14:val="0"/>
            <w14:checkedState w14:val="2612" w14:font="MS Gothic"/>
            <w14:uncheckedState w14:val="2610" w14:font="MS Gothic"/>
          </w14:checkbox>
        </w:sdtPr>
        <w:sdtContent>
          <w:r>
            <w:rPr>
              <w:rFonts w:ascii="MS Gothic" w:hAnsi="MS Gothic"/>
            </w:rPr>
            <w:t xml:space="preserve">☐</w:t>
          </w:r>
        </w:sdtContent>
      </w:sdt>
      <w:r>
        <w:t xml:space="preserve"> Research    </w:t>
      </w:r>
      <w:sdt>
        <w:sdtPr>
          <w:alias w:val="26. What should AI be allowed to do? Select all that apply: — Draft messages"/>
          <w:tag w:val="choice_1090"/>
          <w:id w:val="1090"/>
          <w14:checkbox>
            <w14:checked w14:val="0"/>
            <w14:checkedState w14:val="2612" w14:font="MS Gothic"/>
            <w14:uncheckedState w14:val="2610" w14:font="MS Gothic"/>
          </w14:checkbox>
        </w:sdtPr>
        <w:sdtContent>
          <w:r>
            <w:rPr>
              <w:rFonts w:ascii="MS Gothic" w:hAnsi="MS Gothic"/>
            </w:rPr>
            <w:t xml:space="preserve">☐</w:t>
          </w:r>
        </w:sdtContent>
      </w:sdt>
      <w:r>
        <w:t xml:space="preserve"> Draft messages    </w:t>
      </w:r>
      <w:sdt>
        <w:sdtPr>
          <w:alias w:val="26. What should AI be allowed to do? Select all that apply: — Answer approved FAQs"/>
          <w:tag w:val="choice_1091"/>
          <w:id w:val="1091"/>
          <w14:checkbox>
            <w14:checked w14:val="0"/>
            <w14:checkedState w14:val="2612" w14:font="MS Gothic"/>
            <w14:uncheckedState w14:val="2610" w14:font="MS Gothic"/>
          </w14:checkbox>
        </w:sdtPr>
        <w:sdtContent>
          <w:r>
            <w:rPr>
              <w:rFonts w:ascii="MS Gothic" w:hAnsi="MS Gothic"/>
            </w:rPr>
            <w:t xml:space="preserve">☐</w:t>
          </w:r>
        </w:sdtContent>
      </w:sdt>
      <w:r>
        <w:t xml:space="preserve"> Answer approved FAQs    </w:t>
      </w:r>
      <w:sdt>
        <w:sdtPr>
          <w:alias w:val="26. What should AI be allowed to do? Select all that apply: — Collect customer details"/>
          <w:tag w:val="choice_1092"/>
          <w:id w:val="1092"/>
          <w14:checkbox>
            <w14:checked w14:val="0"/>
            <w14:checkedState w14:val="2612" w14:font="MS Gothic"/>
            <w14:uncheckedState w14:val="2610" w14:font="MS Gothic"/>
          </w14:checkbox>
        </w:sdtPr>
        <w:sdtContent>
          <w:r>
            <w:rPr>
              <w:rFonts w:ascii="MS Gothic" w:hAnsi="MS Gothic"/>
            </w:rPr>
            <w:t xml:space="preserve">☐</w:t>
          </w:r>
        </w:sdtContent>
      </w:sdt>
      <w:r>
        <w:t xml:space="preserve"> Collect customer details    </w:t>
      </w:r>
      <w:sdt>
        <w:sdtPr>
          <w:alias w:val="26. What should AI be allowed to do? Select all that apply: — Update CRM"/>
          <w:tag w:val="choice_1093"/>
          <w:id w:val="1093"/>
          <w14:checkbox>
            <w14:checked w14:val="0"/>
            <w14:checkedState w14:val="2612" w14:font="MS Gothic"/>
            <w14:uncheckedState w14:val="2610" w14:font="MS Gothic"/>
          </w14:checkbox>
        </w:sdtPr>
        <w:sdtContent>
          <w:r>
            <w:rPr>
              <w:rFonts w:ascii="MS Gothic" w:hAnsi="MS Gothic"/>
            </w:rPr>
            <w:t xml:space="preserve">☐</w:t>
          </w:r>
        </w:sdtContent>
      </w:sdt>
      <w:r>
        <w:t xml:space="preserve"> Update CRM    </w:t>
      </w:r>
      <w:sdt>
        <w:sdtPr>
          <w:alias w:val="26. What should AI be allowed to do? Select all that apply: — Book appointments"/>
          <w:tag w:val="choice_1094"/>
          <w:id w:val="1094"/>
          <w14:checkbox>
            <w14:checked w14:val="0"/>
            <w14:checkedState w14:val="2612" w14:font="MS Gothic"/>
            <w14:uncheckedState w14:val="2610" w14:font="MS Gothic"/>
          </w14:checkbox>
        </w:sdtPr>
        <w:sdtContent>
          <w:r>
            <w:rPr>
              <w:rFonts w:ascii="MS Gothic" w:hAnsi="MS Gothic"/>
            </w:rPr>
            <w:t xml:space="preserve">☐</w:t>
          </w:r>
        </w:sdtContent>
      </w:sdt>
      <w:r>
        <w:t xml:space="preserve"> Book appointments    </w:t>
      </w:r>
      <w:sdt>
        <w:sdtPr>
          <w:alias w:val="26. What should AI be allowed to do? Select all that apply: — Send follow-ups"/>
          <w:tag w:val="choice_1095"/>
          <w:id w:val="1095"/>
          <w14:checkbox>
            <w14:checked w14:val="0"/>
            <w14:checkedState w14:val="2612" w14:font="MS Gothic"/>
            <w14:uncheckedState w14:val="2610" w14:font="MS Gothic"/>
          </w14:checkbox>
        </w:sdtPr>
        <w:sdtContent>
          <w:r>
            <w:rPr>
              <w:rFonts w:ascii="MS Gothic" w:hAnsi="MS Gothic"/>
            </w:rPr>
            <w:t xml:space="preserve">☐</w:t>
          </w:r>
        </w:sdtContent>
      </w:sdt>
      <w:r>
        <w:t xml:space="preserve"> Send follow-ups    </w:t>
      </w:r>
      <w:sdt>
        <w:sdtPr>
          <w:alias w:val="26. What should AI be allowed to do? Select all that apply: — Create reports"/>
          <w:tag w:val="choice_1096"/>
          <w:id w:val="1096"/>
          <w14:checkbox>
            <w14:checked w14:val="0"/>
            <w14:checkedState w14:val="2612" w14:font="MS Gothic"/>
            <w14:uncheckedState w14:val="2610" w14:font="MS Gothic"/>
          </w14:checkbox>
        </w:sdtPr>
        <w:sdtContent>
          <w:r>
            <w:rPr>
              <w:rFonts w:ascii="MS Gothic" w:hAnsi="MS Gothic"/>
            </w:rPr>
            <w:t xml:space="preserve">☐</w:t>
          </w:r>
        </w:sdtContent>
      </w:sdt>
      <w:r>
        <w:t xml:space="preserve"> Create reports    </w:t>
      </w:r>
      <w:sdt>
        <w:sdtPr>
          <w:alias w:val="26. What should AI be allowed to do? Select all that apply: — Recommend next steps"/>
          <w:tag w:val="choice_1097"/>
          <w:id w:val="1097"/>
          <w14:checkbox>
            <w14:checked w14:val="0"/>
            <w14:checkedState w14:val="2612" w14:font="MS Gothic"/>
            <w14:uncheckedState w14:val="2610" w14:font="MS Gothic"/>
          </w14:checkbox>
        </w:sdtPr>
        <w:sdtContent>
          <w:r>
            <w:rPr>
              <w:rFonts w:ascii="MS Gothic" w:hAnsi="MS Gothic"/>
            </w:rPr>
            <w:t xml:space="preserve">☐</w:t>
          </w:r>
        </w:sdtContent>
      </w:sdt>
      <w:r>
        <w:t xml:space="preserve"> Recommend next steps    </w:t>
      </w:r>
      <w:sdt>
        <w:sdtPr>
          <w:alias w:val="26. What should AI be allowed to do? Select all that apply: — Other"/>
          <w:tag w:val="choice_1098"/>
          <w:id w:val="1098"/>
          <w14:checkbox>
            <w14:checked w14:val="0"/>
            <w14:checkedState w14:val="2612" w14:font="MS Gothic"/>
            <w14:uncheckedState w14:val="2610" w14:font="MS Gothic"/>
          </w14:checkbox>
        </w:sdtPr>
        <w:sdtContent>
          <w:r>
            <w:rPr>
              <w:rFonts w:ascii="MS Gothic" w:hAnsi="MS Gothic"/>
            </w:rPr>
            <w:t xml:space="preserve">☐</w:t>
          </w:r>
        </w:sdtContent>
      </w:sdt>
      <w:r>
        <w:t xml:space="preserve"> Other</w:t>
      </w:r>
    </w:p>
    <w:p>
      <w:r>
        <w:rPr>
          <w:b/>
        </w:rPr>
        <w:t>27. What must AI never do without human approval? (Examples: final pricing, contracts, refunds, legal/medical/financial guidance, sensitive-data handling, record deletion.)</w:t>
      </w:r>
    </w:p>
    <w:p>
      <w:sdt>
        <w:sdtPr>
          <w:alias w:val="27. What must AI never do without human approval? (Examples: final pricing, contracts, refunds, legal/medical/financial guidance, sensitive-data handling, record deletion.)"/>
          <w:tag w:val="answer_1099"/>
          <w:id w:val="1099"/>
          <w:showingPlcHdr/>
          <w:text w:multiLine="1"/>
        </w:sdtPr>
        <w:sdtContent>
          <w:r>
            <w:t xml:space="preserve">Click or tap here to enter your answer.</w:t>
          </w:r>
        </w:sdtContent>
      </w:sdt>
    </w:p>
    <w:p>
      <w:r>
        <w:rPr>
          <w:b/>
        </w:rPr>
        <w:t>28. Which solution sounds closest to your need? Select all that apply:</w:t>
      </w:r>
    </w:p>
    <w:p>
      <w:r>
        <w:t xml:space="preserve">   </w:t>
      </w:r>
      <w:sdt>
        <w:sdtPr>
          <w:alias w:val="28. Which solution sounds closest to your need? Select all that apply: — AI lead concierge"/>
          <w:tag w:val="choice_1100"/>
          <w:id w:val="1100"/>
          <w14:checkbox>
            <w14:checked w14:val="0"/>
            <w14:checkedState w14:val="2612" w14:font="MS Gothic"/>
            <w14:uncheckedState w14:val="2610" w14:font="MS Gothic"/>
          </w14:checkbox>
        </w:sdtPr>
        <w:sdtContent>
          <w:r>
            <w:rPr>
              <w:rFonts w:ascii="MS Gothic" w:hAnsi="MS Gothic"/>
            </w:rPr>
            <w:t xml:space="preserve">☐</w:t>
          </w:r>
        </w:sdtContent>
      </w:sdt>
      <w:r>
        <w:t xml:space="preserve"> AI lead concierge    </w:t>
      </w:r>
      <w:sdt>
        <w:sdtPr>
          <w:alias w:val="28. Which solution sounds closest to your need? Select all that apply: — AI voice/phone receptionist"/>
          <w:tag w:val="choice_1101"/>
          <w:id w:val="1101"/>
          <w14:checkbox>
            <w14:checked w14:val="0"/>
            <w14:checkedState w14:val="2612" w14:font="MS Gothic"/>
            <w14:uncheckedState w14:val="2610" w14:font="MS Gothic"/>
          </w14:checkbox>
        </w:sdtPr>
        <w:sdtContent>
          <w:r>
            <w:rPr>
              <w:rFonts w:ascii="MS Gothic" w:hAnsi="MS Gothic"/>
            </w:rPr>
            <w:t xml:space="preserve">☐</w:t>
          </w:r>
        </w:sdtContent>
      </w:sdt>
      <w:r>
        <w:t xml:space="preserve"> AI voice/phone receptionist    </w:t>
      </w:r>
      <w:sdt>
        <w:sdtPr>
          <w:alias w:val="28. Which solution sounds closest to your need? Select all that apply: — AI SMS/email follow-up"/>
          <w:tag w:val="choice_1102"/>
          <w:id w:val="1102"/>
          <w14:checkbox>
            <w14:checked w14:val="0"/>
            <w14:checkedState w14:val="2612" w14:font="MS Gothic"/>
            <w14:uncheckedState w14:val="2610" w14:font="MS Gothic"/>
          </w14:checkbox>
        </w:sdtPr>
        <w:sdtContent>
          <w:r>
            <w:rPr>
              <w:rFonts w:ascii="MS Gothic" w:hAnsi="MS Gothic"/>
            </w:rPr>
            <w:t xml:space="preserve">☐</w:t>
          </w:r>
        </w:sdtContent>
      </w:sdt>
      <w:r>
        <w:t xml:space="preserve"> AI SMS/email follow-up    </w:t>
      </w:r>
      <w:sdt>
        <w:sdtPr>
          <w:alias w:val="28. Which solution sounds closest to your need? Select all that apply: — AI support assistant"/>
          <w:tag w:val="choice_1103"/>
          <w:id w:val="1103"/>
          <w14:checkbox>
            <w14:checked w14:val="0"/>
            <w14:checkedState w14:val="2612" w14:font="MS Gothic"/>
            <w14:uncheckedState w14:val="2610" w14:font="MS Gothic"/>
          </w14:checkbox>
        </w:sdtPr>
        <w:sdtContent>
          <w:r>
            <w:rPr>
              <w:rFonts w:ascii="MS Gothic" w:hAnsi="MS Gothic"/>
            </w:rPr>
            <w:t xml:space="preserve">☐</w:t>
          </w:r>
        </w:sdtContent>
      </w:sdt>
      <w:r>
        <w:t xml:space="preserve"> AI support assistant    </w:t>
      </w:r>
      <w:sdt>
        <w:sdtPr>
          <w:alias w:val="28. Which solution sounds closest to your need? Select all that apply: — AI booking/reminders"/>
          <w:tag w:val="choice_1104"/>
          <w:id w:val="1104"/>
          <w14:checkbox>
            <w14:checked w14:val="0"/>
            <w14:checkedState w14:val="2612" w14:font="MS Gothic"/>
            <w14:uncheckedState w14:val="2610" w14:font="MS Gothic"/>
          </w14:checkbox>
        </w:sdtPr>
        <w:sdtContent>
          <w:r>
            <w:rPr>
              <w:rFonts w:ascii="MS Gothic" w:hAnsi="MS Gothic"/>
            </w:rPr>
            <w:t xml:space="preserve">☐</w:t>
          </w:r>
        </w:sdtContent>
      </w:sdt>
      <w:r>
        <w:t xml:space="preserve"> AI booking/reminders    </w:t>
      </w:r>
      <w:sdt>
        <w:sdtPr>
          <w:alias w:val="28. Which solution sounds closest to your need? Select all that apply: — AI knowledge assistant"/>
          <w:tag w:val="choice_1105"/>
          <w:id w:val="1105"/>
          <w14:checkbox>
            <w14:checked w14:val="0"/>
            <w14:checkedState w14:val="2612" w14:font="MS Gothic"/>
            <w14:uncheckedState w14:val="2610" w14:font="MS Gothic"/>
          </w14:checkbox>
        </w:sdtPr>
        <w:sdtContent>
          <w:r>
            <w:rPr>
              <w:rFonts w:ascii="MS Gothic" w:hAnsi="MS Gothic"/>
            </w:rPr>
            <w:t xml:space="preserve">☐</w:t>
          </w:r>
        </w:sdtContent>
      </w:sdt>
      <w:r>
        <w:t xml:space="preserve"> AI knowledge assistant    </w:t>
      </w:r>
      <w:sdt>
        <w:sdtPr>
          <w:alias w:val="28. Which solution sounds closest to your need? Select all that apply: — Workflow automation"/>
          <w:tag w:val="choice_1106"/>
          <w:id w:val="1106"/>
          <w14:checkbox>
            <w14:checked w14:val="0"/>
            <w14:checkedState w14:val="2612" w14:font="MS Gothic"/>
            <w14:uncheckedState w14:val="2610" w14:font="MS Gothic"/>
          </w14:checkbox>
        </w:sdtPr>
        <w:sdtContent>
          <w:r>
            <w:rPr>
              <w:rFonts w:ascii="MS Gothic" w:hAnsi="MS Gothic"/>
            </w:rPr>
            <w:t xml:space="preserve">☐</w:t>
          </w:r>
        </w:sdtContent>
      </w:sdt>
      <w:r>
        <w:t xml:space="preserve"> Workflow automation    </w:t>
      </w:r>
      <w:sdt>
        <w:sdtPr>
          <w:alias w:val="28. Which solution sounds closest to your need? Select all that apply: — Document processing"/>
          <w:tag w:val="choice_1107"/>
          <w:id w:val="1107"/>
          <w14:checkbox>
            <w14:checked w14:val="0"/>
            <w14:checkedState w14:val="2612" w14:font="MS Gothic"/>
            <w14:uncheckedState w14:val="2610" w14:font="MS Gothic"/>
          </w14:checkbox>
        </w:sdtPr>
        <w:sdtContent>
          <w:r>
            <w:rPr>
              <w:rFonts w:ascii="MS Gothic" w:hAnsi="MS Gothic"/>
            </w:rPr>
            <w:t xml:space="preserve">☐</w:t>
          </w:r>
        </w:sdtContent>
      </w:sdt>
      <w:r>
        <w:t xml:space="preserve"> Document processing    </w:t>
      </w:r>
      <w:sdt>
        <w:sdtPr>
          <w:alias w:val="28. Which solution sounds closest to your need? Select all that apply: — AI sales/proposals"/>
          <w:tag w:val="choice_1108"/>
          <w:id w:val="1108"/>
          <w14:checkbox>
            <w14:checked w14:val="0"/>
            <w14:checkedState w14:val="2612" w14:font="MS Gothic"/>
            <w14:uncheckedState w14:val="2610" w14:font="MS Gothic"/>
          </w14:checkbox>
        </w:sdtPr>
        <w:sdtContent>
          <w:r>
            <w:rPr>
              <w:rFonts w:ascii="MS Gothic" w:hAnsi="MS Gothic"/>
            </w:rPr>
            <w:t xml:space="preserve">☐</w:t>
          </w:r>
        </w:sdtContent>
      </w:sdt>
      <w:r>
        <w:t xml:space="preserve"> AI sales/proposals    </w:t>
      </w:r>
      <w:sdt>
        <w:sdtPr>
          <w:alias w:val="28. Which solution sounds closest to your need? Select all that apply: — AI content system"/>
          <w:tag w:val="choice_1109"/>
          <w:id w:val="1109"/>
          <w14:checkbox>
            <w14:checked w14:val="0"/>
            <w14:checkedState w14:val="2612" w14:font="MS Gothic"/>
            <w14:uncheckedState w14:val="2610" w14:font="MS Gothic"/>
          </w14:checkbox>
        </w:sdtPr>
        <w:sdtContent>
          <w:r>
            <w:rPr>
              <w:rFonts w:ascii="MS Gothic" w:hAnsi="MS Gothic"/>
            </w:rPr>
            <w:t xml:space="preserve">☐</w:t>
          </w:r>
        </w:sdtContent>
      </w:sdt>
      <w:r>
        <w:t xml:space="preserve"> AI content system    </w:t>
      </w:r>
      <w:sdt>
        <w:sdtPr>
          <w:alias w:val="28. Which solution sounds closest to your need? Select all that apply: — AI strategy audit"/>
          <w:tag w:val="choice_1110"/>
          <w:id w:val="1110"/>
          <w14:checkbox>
            <w14:checked w14:val="0"/>
            <w14:checkedState w14:val="2612" w14:font="MS Gothic"/>
            <w14:uncheckedState w14:val="2610" w14:font="MS Gothic"/>
          </w14:checkbox>
        </w:sdtPr>
        <w:sdtContent>
          <w:r>
            <w:rPr>
              <w:rFonts w:ascii="MS Gothic" w:hAnsi="MS Gothic"/>
            </w:rPr>
            <w:t xml:space="preserve">☐</w:t>
          </w:r>
        </w:sdtContent>
      </w:sdt>
      <w:r>
        <w:t xml:space="preserve"> AI strategy audit    </w:t>
      </w:r>
      <w:sdt>
        <w:sdtPr>
          <w:alias w:val="28. Which solution sounds closest to your need? Select all that apply: — Custom AI app/agent"/>
          <w:tag w:val="choice_1111"/>
          <w:id w:val="1111"/>
          <w14:checkbox>
            <w14:checked w14:val="0"/>
            <w14:checkedState w14:val="2612" w14:font="MS Gothic"/>
            <w14:uncheckedState w14:val="2610" w14:font="MS Gothic"/>
          </w14:checkbox>
        </w:sdtPr>
        <w:sdtContent>
          <w:r>
            <w:rPr>
              <w:rFonts w:ascii="MS Gothic" w:hAnsi="MS Gothic"/>
            </w:rPr>
            <w:t xml:space="preserve">☐</w:t>
          </w:r>
        </w:sdtContent>
      </w:sdt>
      <w:r>
        <w:t xml:space="preserve"> Custom AI app/agent    </w:t>
      </w:r>
      <w:sdt>
        <w:sdtPr>
          <w:alias w:val="28. Which solution sounds closest to your need? Select all that apply: — Not sure"/>
          <w:tag w:val="choice_1112"/>
          <w:id w:val="1112"/>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rPr>
          <w:b/>
        </w:rPr>
        <w:t>29. Should AI communicate directly with customers?</w:t>
      </w:r>
    </w:p>
    <w:p>
      <w:r>
        <w:t xml:space="preserve">   </w:t>
      </w:r>
      <w:sdt>
        <w:sdtPr>
          <w:alias w:val="29. Should AI communicate directly with customers? — Yes, automatically"/>
          <w:tag w:val="choice_1113"/>
          <w:id w:val="1113"/>
          <w14:checkbox>
            <w14:checked w14:val="0"/>
            <w14:checkedState w14:val="2612" w14:font="MS Gothic"/>
            <w14:uncheckedState w14:val="2610" w14:font="MS Gothic"/>
          </w14:checkbox>
        </w:sdtPr>
        <w:sdtContent>
          <w:r>
            <w:rPr>
              <w:rFonts w:ascii="MS Gothic" w:hAnsi="MS Gothic"/>
            </w:rPr>
            <w:t xml:space="preserve">☐</w:t>
          </w:r>
        </w:sdtContent>
      </w:sdt>
      <w:r>
        <w:t xml:space="preserve"> Yes, automatically    </w:t>
      </w:r>
      <w:sdt>
        <w:sdtPr>
          <w:alias w:val="29. Should AI communicate directly with customers? — Yes, with approval"/>
          <w:tag w:val="choice_1114"/>
          <w:id w:val="1114"/>
          <w14:checkbox>
            <w14:checked w14:val="0"/>
            <w14:checkedState w14:val="2612" w14:font="MS Gothic"/>
            <w14:uncheckedState w14:val="2610" w14:font="MS Gothic"/>
          </w14:checkbox>
        </w:sdtPr>
        <w:sdtContent>
          <w:r>
            <w:rPr>
              <w:rFonts w:ascii="MS Gothic" w:hAnsi="MS Gothic"/>
            </w:rPr>
            <w:t xml:space="preserve">☐</w:t>
          </w:r>
        </w:sdtContent>
      </w:sdt>
      <w:r>
        <w:t xml:space="preserve"> Yes, with approval    </w:t>
      </w:r>
      <w:sdt>
        <w:sdtPr>
          <w:alias w:val="29. Should AI communicate directly with customers? — Internal use only"/>
          <w:tag w:val="choice_1115"/>
          <w:id w:val="1115"/>
          <w14:checkbox>
            <w14:checked w14:val="0"/>
            <w14:checkedState w14:val="2612" w14:font="MS Gothic"/>
            <w14:uncheckedState w14:val="2610" w14:font="MS Gothic"/>
          </w14:checkbox>
        </w:sdtPr>
        <w:sdtContent>
          <w:r>
            <w:rPr>
              <w:rFonts w:ascii="MS Gothic" w:hAnsi="MS Gothic"/>
            </w:rPr>
            <w:t xml:space="preserve">☐</w:t>
          </w:r>
        </w:sdtContent>
      </w:sdt>
      <w:r>
        <w:t xml:space="preserve"> Internal use only    </w:t>
      </w:r>
      <w:sdt>
        <w:sdtPr>
          <w:alias w:val="29. Should AI communicate directly with customers? — Not sure"/>
          <w:tag w:val="choice_1116"/>
          <w:id w:val="1116"/>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t xml:space="preserve">30. When must a human take over? Identify the responsible role/team, notification channel, response-time expectation and fallback outside coverage hours. Describe what must stop if the system is uncertain or unavailable; do not provide private contact details.</w:t>
      </w:r>
    </w:p>
    <w:p>
      <w:sdt>
        <w:sdtPr>
          <w:alias w:val="30. When must a human take over? Identify the responsible role/team, notification channel, response-time expectation and fallback outside coverage hours. Describe what must stop if the system is uncertain or unavailable; do not provide priv"/>
          <w:tag w:val="answer_1117"/>
          <w:id w:val="1117"/>
          <w:showingPlcHdr/>
          <w:text w:multiLine="1"/>
        </w:sdtPr>
        <w:sdtContent>
          <w:r>
            <w:t xml:space="preserve">Click or tap here to enter your answer.</w:t>
          </w:r>
        </w:sdtContent>
      </w:sdt>
    </w:p>
    <w:p>
      <w:pPr>
        <w:pStyle w:val="Heading1"/>
      </w:pPr>
      <w:r>
        <w:t>5. Systems, Data &amp; Knowledge</w:t>
      </w:r>
    </w:p>
    <w:p>
      <w:r>
        <w:rPr>
          <w:b/>
        </w:rPr>
        <w:t>31. What systems do you use today? Select all that apply:</w:t>
      </w:r>
    </w:p>
    <w:p>
      <w:r>
        <w:t xml:space="preserve">   </w:t>
      </w:r>
      <w:sdt>
        <w:sdtPr>
          <w:alias w:val="31. What systems do you use today? Select all that apply: — CRM"/>
          <w:tag w:val="choice_1118"/>
          <w:id w:val="1118"/>
          <w14:checkbox>
            <w14:checked w14:val="0"/>
            <w14:checkedState w14:val="2612" w14:font="MS Gothic"/>
            <w14:uncheckedState w14:val="2610" w14:font="MS Gothic"/>
          </w14:checkbox>
        </w:sdtPr>
        <w:sdtContent>
          <w:r>
            <w:rPr>
              <w:rFonts w:ascii="MS Gothic" w:hAnsi="MS Gothic"/>
            </w:rPr>
            <w:t xml:space="preserve">☐</w:t>
          </w:r>
        </w:sdtContent>
      </w:sdt>
      <w:r>
        <w:t xml:space="preserve"> CRM    </w:t>
      </w:r>
      <w:sdt>
        <w:sdtPr>
          <w:alias w:val="31. What systems do you use today? Select all that apply: — Email"/>
          <w:tag w:val="choice_1119"/>
          <w:id w:val="1119"/>
          <w14:checkbox>
            <w14:checked w14:val="0"/>
            <w14:checkedState w14:val="2612" w14:font="MS Gothic"/>
            <w14:uncheckedState w14:val="2610" w14:font="MS Gothic"/>
          </w14:checkbox>
        </w:sdtPr>
        <w:sdtContent>
          <w:r>
            <w:rPr>
              <w:rFonts w:ascii="MS Gothic" w:hAnsi="MS Gothic"/>
            </w:rPr>
            <w:t xml:space="preserve">☐</w:t>
          </w:r>
        </w:sdtContent>
      </w:sdt>
      <w:r>
        <w:t xml:space="preserve"> Email    </w:t>
      </w:r>
      <w:sdt>
        <w:sdtPr>
          <w:alias w:val="31. What systems do you use today? Select all that apply: — Calendar/booking"/>
          <w:tag w:val="choice_1120"/>
          <w:id w:val="1120"/>
          <w14:checkbox>
            <w14:checked w14:val="0"/>
            <w14:checkedState w14:val="2612" w14:font="MS Gothic"/>
            <w14:uncheckedState w14:val="2610" w14:font="MS Gothic"/>
          </w14:checkbox>
        </w:sdtPr>
        <w:sdtContent>
          <w:r>
            <w:rPr>
              <w:rFonts w:ascii="MS Gothic" w:hAnsi="MS Gothic"/>
            </w:rPr>
            <w:t xml:space="preserve">☐</w:t>
          </w:r>
        </w:sdtContent>
      </w:sdt>
      <w:r>
        <w:t xml:space="preserve"> Calendar/booking    </w:t>
      </w:r>
      <w:sdt>
        <w:sdtPr>
          <w:alias w:val="31. What systems do you use today? Select all that apply: — Slack/Teams"/>
          <w:tag w:val="choice_1121"/>
          <w:id w:val="1121"/>
          <w14:checkbox>
            <w14:checked w14:val="0"/>
            <w14:checkedState w14:val="2612" w14:font="MS Gothic"/>
            <w14:uncheckedState w14:val="2610" w14:font="MS Gothic"/>
          </w14:checkbox>
        </w:sdtPr>
        <w:sdtContent>
          <w:r>
            <w:rPr>
              <w:rFonts w:ascii="MS Gothic" w:hAnsi="MS Gothic"/>
            </w:rPr>
            <w:t xml:space="preserve">☐</w:t>
          </w:r>
        </w:sdtContent>
      </w:sdt>
      <w:r>
        <w:t xml:space="preserve"> Slack/Teams    </w:t>
      </w:r>
      <w:sdt>
        <w:sdtPr>
          <w:alias w:val="31. What systems do you use today? Select all that apply: — Helpdesk"/>
          <w:tag w:val="choice_1122"/>
          <w:id w:val="1122"/>
          <w14:checkbox>
            <w14:checked w14:val="0"/>
            <w14:checkedState w14:val="2612" w14:font="MS Gothic"/>
            <w14:uncheckedState w14:val="2610" w14:font="MS Gothic"/>
          </w14:checkbox>
        </w:sdtPr>
        <w:sdtContent>
          <w:r>
            <w:rPr>
              <w:rFonts w:ascii="MS Gothic" w:hAnsi="MS Gothic"/>
            </w:rPr>
            <w:t xml:space="preserve">☐</w:t>
          </w:r>
        </w:sdtContent>
      </w:sdt>
      <w:r>
        <w:t xml:space="preserve"> Helpdesk    </w:t>
      </w:r>
      <w:sdt>
        <w:sdtPr>
          <w:alias w:val="31. What systems do you use today? Select all that apply: — Website/e-commerce"/>
          <w:tag w:val="choice_1123"/>
          <w:id w:val="1123"/>
          <w14:checkbox>
            <w14:checked w14:val="0"/>
            <w14:checkedState w14:val="2612" w14:font="MS Gothic"/>
            <w14:uncheckedState w14:val="2610" w14:font="MS Gothic"/>
          </w14:checkbox>
        </w:sdtPr>
        <w:sdtContent>
          <w:r>
            <w:rPr>
              <w:rFonts w:ascii="MS Gothic" w:hAnsi="MS Gothic"/>
            </w:rPr>
            <w:t xml:space="preserve">☐</w:t>
          </w:r>
        </w:sdtContent>
      </w:sdt>
      <w:r>
        <w:t xml:space="preserve"> Website/e-commerce    </w:t>
      </w:r>
      <w:sdt>
        <w:sdtPr>
          <w:alias w:val="31. What systems do you use today? Select all that apply: — Forms"/>
          <w:tag w:val="choice_1124"/>
          <w:id w:val="1124"/>
          <w14:checkbox>
            <w14:checked w14:val="0"/>
            <w14:checkedState w14:val="2612" w14:font="MS Gothic"/>
            <w14:uncheckedState w14:val="2610" w14:font="MS Gothic"/>
          </w14:checkbox>
        </w:sdtPr>
        <w:sdtContent>
          <w:r>
            <w:rPr>
              <w:rFonts w:ascii="MS Gothic" w:hAnsi="MS Gothic"/>
            </w:rPr>
            <w:t xml:space="preserve">☐</w:t>
          </w:r>
        </w:sdtContent>
      </w:sdt>
      <w:r>
        <w:t xml:space="preserve"> Forms    </w:t>
      </w:r>
      <w:sdt>
        <w:sdtPr>
          <w:alias w:val="31. What systems do you use today? Select all that apply: — Google Drive/Notion/SharePoint"/>
          <w:tag w:val="choice_1125"/>
          <w:id w:val="1125"/>
          <w14:checkbox>
            <w14:checked w14:val="0"/>
            <w14:checkedState w14:val="2612" w14:font="MS Gothic"/>
            <w14:uncheckedState w14:val="2610" w14:font="MS Gothic"/>
          </w14:checkbox>
        </w:sdtPr>
        <w:sdtContent>
          <w:r>
            <w:rPr>
              <w:rFonts w:ascii="MS Gothic" w:hAnsi="MS Gothic"/>
            </w:rPr>
            <w:t xml:space="preserve">☐</w:t>
          </w:r>
        </w:sdtContent>
      </w:sdt>
      <w:r>
        <w:t xml:space="preserve"> Google Drive/Notion/SharePoint    </w:t>
      </w:r>
      <w:sdt>
        <w:sdtPr>
          <w:alias w:val="31. What systems do you use today? Select all that apply: — Project management"/>
          <w:tag w:val="choice_1126"/>
          <w:id w:val="1126"/>
          <w14:checkbox>
            <w14:checked w14:val="0"/>
            <w14:checkedState w14:val="2612" w14:font="MS Gothic"/>
            <w14:uncheckedState w14:val="2610" w14:font="MS Gothic"/>
          </w14:checkbox>
        </w:sdtPr>
        <w:sdtContent>
          <w:r>
            <w:rPr>
              <w:rFonts w:ascii="MS Gothic" w:hAnsi="MS Gothic"/>
            </w:rPr>
            <w:t xml:space="preserve">☐</w:t>
          </w:r>
        </w:sdtContent>
      </w:sdt>
      <w:r>
        <w:t xml:space="preserve"> Project management    </w:t>
      </w:r>
      <w:sdt>
        <w:sdtPr>
          <w:alias w:val="31. What systems do you use today? Select all that apply: — Accounting"/>
          <w:tag w:val="choice_1127"/>
          <w:id w:val="1127"/>
          <w14:checkbox>
            <w14:checked w14:val="0"/>
            <w14:checkedState w14:val="2612" w14:font="MS Gothic"/>
            <w14:uncheckedState w14:val="2610" w14:font="MS Gothic"/>
          </w14:checkbox>
        </w:sdtPr>
        <w:sdtContent>
          <w:r>
            <w:rPr>
              <w:rFonts w:ascii="MS Gothic" w:hAnsi="MS Gothic"/>
            </w:rPr>
            <w:t xml:space="preserve">☐</w:t>
          </w:r>
        </w:sdtContent>
      </w:sdt>
      <w:r>
        <w:t xml:space="preserve"> Accounting    </w:t>
      </w:r>
      <w:sdt>
        <w:sdtPr>
          <w:alias w:val="31. What systems do you use today? Select all that apply: — Sheets/Airtable"/>
          <w:tag w:val="choice_1128"/>
          <w:id w:val="1128"/>
          <w14:checkbox>
            <w14:checked w14:val="0"/>
            <w14:checkedState w14:val="2612" w14:font="MS Gothic"/>
            <w14:uncheckedState w14:val="2610" w14:font="MS Gothic"/>
          </w14:checkbox>
        </w:sdtPr>
        <w:sdtContent>
          <w:r>
            <w:rPr>
              <w:rFonts w:ascii="MS Gothic" w:hAnsi="MS Gothic"/>
            </w:rPr>
            <w:t xml:space="preserve">☐</w:t>
          </w:r>
        </w:sdtContent>
      </w:sdt>
      <w:r>
        <w:t xml:space="preserve"> Sheets/Airtable    </w:t>
      </w:r>
      <w:sdt>
        <w:sdtPr>
          <w:alias w:val="31. What systems do you use today? Select all that apply: — Other"/>
          <w:tag w:val="choice_1129"/>
          <w:id w:val="1129"/>
          <w14:checkbox>
            <w14:checked w14:val="0"/>
            <w14:checkedState w14:val="2612" w14:font="MS Gothic"/>
            <w14:uncheckedState w14:val="2610" w14:font="MS Gothic"/>
          </w14:checkbox>
        </w:sdtPr>
        <w:sdtContent>
          <w:r>
            <w:rPr>
              <w:rFonts w:ascii="MS Gothic" w:hAnsi="MS Gothic"/>
            </w:rPr>
            <w:t xml:space="preserve">☐</w:t>
          </w:r>
        </w:sdtContent>
      </w:sdt>
      <w:r>
        <w:t xml:space="preserve"> Other</w:t>
      </w:r>
    </w:p>
    <w:p>
      <w:r>
        <w:t xml:space="preserve">32. List the exact tools/platforms, relevant plan tiers and which team administers them. Note whether the team can approve integrations or provide a test environment. List tool names only—never passwords, API keys, tokens, login links or live access credentials.</w:t>
      </w:r>
    </w:p>
    <w:p>
      <w:sdt>
        <w:sdtPr>
          <w:alias w:val="32. List the exact tools/platforms, relevant plan tiers and which team administers them. Note whether the team can approve integrations or provide a test environment. List tool names only—never passwords, API keys, tokens, login links or li"/>
          <w:tag w:val="answer_1130"/>
          <w:id w:val="1130"/>
          <w:showingPlcHdr/>
          <w:text w:multiLine="1"/>
        </w:sdtPr>
        <w:sdtContent>
          <w:r>
            <w:t xml:space="preserve">Click or tap here to enter your answer.</w:t>
          </w:r>
        </w:sdtContent>
      </w:sdt>
    </w:p>
    <w:p>
      <w:r>
        <w:rPr>
          <w:b/>
        </w:rPr>
        <w:t>33. Can these tools connect through API, native integration, Zapier, Make, or n8n?</w:t>
      </w:r>
    </w:p>
    <w:p>
      <w:r>
        <w:t xml:space="preserve">   </w:t>
      </w:r>
      <w:sdt>
        <w:sdtPr>
          <w:alias w:val="33. Can these tools connect through API, native integration, Zapier, Make, or n8n? — Yes"/>
          <w:tag w:val="choice_1131"/>
          <w:id w:val="1131"/>
          <w14:checkbox>
            <w14:checked w14:val="0"/>
            <w14:checkedState w14:val="2612" w14:font="MS Gothic"/>
            <w14:uncheckedState w14:val="2610" w14:font="MS Gothic"/>
          </w14:checkbox>
        </w:sdtPr>
        <w:sdtContent>
          <w:r>
            <w:rPr>
              <w:rFonts w:ascii="MS Gothic" w:hAnsi="MS Gothic"/>
            </w:rPr>
            <w:t xml:space="preserve">☐</w:t>
          </w:r>
        </w:sdtContent>
      </w:sdt>
      <w:r>
        <w:t xml:space="preserve"> Yes    </w:t>
      </w:r>
      <w:sdt>
        <w:sdtPr>
          <w:alias w:val="33. Can these tools connect through API, native integration, Zapier, Make, or n8n? — No"/>
          <w:tag w:val="choice_1132"/>
          <w:id w:val="1132"/>
          <w14:checkbox>
            <w14:checked w14:val="0"/>
            <w14:checkedState w14:val="2612" w14:font="MS Gothic"/>
            <w14:uncheckedState w14:val="2610" w14:font="MS Gothic"/>
          </w14:checkbox>
        </w:sdtPr>
        <w:sdtContent>
          <w:r>
            <w:rPr>
              <w:rFonts w:ascii="MS Gothic" w:hAnsi="MS Gothic"/>
            </w:rPr>
            <w:t xml:space="preserve">☐</w:t>
          </w:r>
        </w:sdtContent>
      </w:sdt>
      <w:r>
        <w:t xml:space="preserve"> No    </w:t>
      </w:r>
      <w:sdt>
        <w:sdtPr>
          <w:alias w:val="33. Can these tools connect through API, native integration, Zapier, Make, or n8n? — Not sure"/>
          <w:tag w:val="choice_1133"/>
          <w:id w:val="1133"/>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rPr>
          <w:b/>
        </w:rPr>
        <w:t>34. What source material already exists?</w:t>
      </w:r>
    </w:p>
    <w:p>
      <w:r>
        <w:t xml:space="preserve">   </w:t>
      </w:r>
      <w:sdt>
        <w:sdtPr>
          <w:alias w:val="34. What source material already exists? — SOPs"/>
          <w:tag w:val="choice_1134"/>
          <w:id w:val="1134"/>
          <w14:checkbox>
            <w14:checked w14:val="0"/>
            <w14:checkedState w14:val="2612" w14:font="MS Gothic"/>
            <w14:uncheckedState w14:val="2610" w14:font="MS Gothic"/>
          </w14:checkbox>
        </w:sdtPr>
        <w:sdtContent>
          <w:r>
            <w:rPr>
              <w:rFonts w:ascii="MS Gothic" w:hAnsi="MS Gothic"/>
            </w:rPr>
            <w:t xml:space="preserve">☐</w:t>
          </w:r>
        </w:sdtContent>
      </w:sdt>
      <w:r>
        <w:t xml:space="preserve"> SOPs    </w:t>
      </w:r>
      <w:sdt>
        <w:sdtPr>
          <w:alias w:val="34. What source material already exists? — FAQs"/>
          <w:tag w:val="choice_1135"/>
          <w:id w:val="1135"/>
          <w14:checkbox>
            <w14:checked w14:val="0"/>
            <w14:checkedState w14:val="2612" w14:font="MS Gothic"/>
            <w14:uncheckedState w14:val="2610" w14:font="MS Gothic"/>
          </w14:checkbox>
        </w:sdtPr>
        <w:sdtContent>
          <w:r>
            <w:rPr>
              <w:rFonts w:ascii="MS Gothic" w:hAnsi="MS Gothic"/>
            </w:rPr>
            <w:t xml:space="preserve">☐</w:t>
          </w:r>
        </w:sdtContent>
      </w:sdt>
      <w:r>
        <w:t xml:space="preserve"> FAQs    </w:t>
      </w:r>
      <w:sdt>
        <w:sdtPr>
          <w:alias w:val="34. What source material already exists? — Sales scripts"/>
          <w:tag w:val="choice_1136"/>
          <w:id w:val="1136"/>
          <w14:checkbox>
            <w14:checked w14:val="0"/>
            <w14:checkedState w14:val="2612" w14:font="MS Gothic"/>
            <w14:uncheckedState w14:val="2610" w14:font="MS Gothic"/>
          </w14:checkbox>
        </w:sdtPr>
        <w:sdtContent>
          <w:r>
            <w:rPr>
              <w:rFonts w:ascii="MS Gothic" w:hAnsi="MS Gothic"/>
            </w:rPr>
            <w:t xml:space="preserve">☐</w:t>
          </w:r>
        </w:sdtContent>
      </w:sdt>
      <w:r>
        <w:t xml:space="preserve"> Sales scripts    </w:t>
      </w:r>
      <w:sdt>
        <w:sdtPr>
          <w:alias w:val="34. What source material already exists? — Call scripts"/>
          <w:tag w:val="choice_1137"/>
          <w:id w:val="1137"/>
          <w14:checkbox>
            <w14:checked w14:val="0"/>
            <w14:checkedState w14:val="2612" w14:font="MS Gothic"/>
            <w14:uncheckedState w14:val="2610" w14:font="MS Gothic"/>
          </w14:checkbox>
        </w:sdtPr>
        <w:sdtContent>
          <w:r>
            <w:rPr>
              <w:rFonts w:ascii="MS Gothic" w:hAnsi="MS Gothic"/>
            </w:rPr>
            <w:t xml:space="preserve">☐</w:t>
          </w:r>
        </w:sdtContent>
      </w:sdt>
      <w:r>
        <w:t xml:space="preserve"> Call scripts    </w:t>
      </w:r>
      <w:sdt>
        <w:sdtPr>
          <w:alias w:val="34. What source material already exists? — Pricing guides"/>
          <w:tag w:val="choice_1138"/>
          <w:id w:val="1138"/>
          <w14:checkbox>
            <w14:checked w14:val="0"/>
            <w14:checkedState w14:val="2612" w14:font="MS Gothic"/>
            <w14:uncheckedState w14:val="2610" w14:font="MS Gothic"/>
          </w14:checkbox>
        </w:sdtPr>
        <w:sdtContent>
          <w:r>
            <w:rPr>
              <w:rFonts w:ascii="MS Gothic" w:hAnsi="MS Gothic"/>
            </w:rPr>
            <w:t xml:space="preserve">☐</w:t>
          </w:r>
        </w:sdtContent>
      </w:sdt>
      <w:r>
        <w:t xml:space="preserve"> Pricing guides    </w:t>
      </w:r>
      <w:sdt>
        <w:sdtPr>
          <w:alias w:val="34. What source material already exists? — Proposal templates"/>
          <w:tag w:val="choice_1139"/>
          <w:id w:val="1139"/>
          <w14:checkbox>
            <w14:checked w14:val="0"/>
            <w14:checkedState w14:val="2612" w14:font="MS Gothic"/>
            <w14:uncheckedState w14:val="2610" w14:font="MS Gothic"/>
          </w14:checkbox>
        </w:sdtPr>
        <w:sdtContent>
          <w:r>
            <w:rPr>
              <w:rFonts w:ascii="MS Gothic" w:hAnsi="MS Gothic"/>
            </w:rPr>
            <w:t xml:space="preserve">☐</w:t>
          </w:r>
        </w:sdtContent>
      </w:sdt>
      <w:r>
        <w:t xml:space="preserve"> Proposal templates    </w:t>
      </w:r>
      <w:sdt>
        <w:sdtPr>
          <w:alias w:val="34. What source material already exists? — Training docs"/>
          <w:tag w:val="choice_1140"/>
          <w:id w:val="1140"/>
          <w14:checkbox>
            <w14:checked w14:val="0"/>
            <w14:checkedState w14:val="2612" w14:font="MS Gothic"/>
            <w14:uncheckedState w14:val="2610" w14:font="MS Gothic"/>
          </w14:checkbox>
        </w:sdtPr>
        <w:sdtContent>
          <w:r>
            <w:rPr>
              <w:rFonts w:ascii="MS Gothic" w:hAnsi="MS Gothic"/>
            </w:rPr>
            <w:t xml:space="preserve">☐</w:t>
          </w:r>
        </w:sdtContent>
      </w:sdt>
      <w:r>
        <w:t xml:space="preserve"> Training docs    </w:t>
      </w:r>
      <w:sdt>
        <w:sdtPr>
          <w:alias w:val="34. What source material already exists? — Emails/messages"/>
          <w:tag w:val="choice_1141"/>
          <w:id w:val="1141"/>
          <w14:checkbox>
            <w14:checked w14:val="0"/>
            <w14:checkedState w14:val="2612" w14:font="MS Gothic"/>
            <w14:uncheckedState w14:val="2610" w14:font="MS Gothic"/>
          </w14:checkbox>
        </w:sdtPr>
        <w:sdtContent>
          <w:r>
            <w:rPr>
              <w:rFonts w:ascii="MS Gothic" w:hAnsi="MS Gothic"/>
            </w:rPr>
            <w:t xml:space="preserve">☐</w:t>
          </w:r>
        </w:sdtContent>
      </w:sdt>
      <w:r>
        <w:t xml:space="preserve"> Emails/messages    </w:t>
      </w:r>
      <w:sdt>
        <w:sdtPr>
          <w:alias w:val="34. What source material already exists? — CRM history"/>
          <w:tag w:val="choice_1142"/>
          <w:id w:val="1142"/>
          <w14:checkbox>
            <w14:checked w14:val="0"/>
            <w14:checkedState w14:val="2612" w14:font="MS Gothic"/>
            <w14:uncheckedState w14:val="2610" w14:font="MS Gothic"/>
          </w14:checkbox>
        </w:sdtPr>
        <w:sdtContent>
          <w:r>
            <w:rPr>
              <w:rFonts w:ascii="MS Gothic" w:hAnsi="MS Gothic"/>
            </w:rPr>
            <w:t xml:space="preserve">☐</w:t>
          </w:r>
        </w:sdtContent>
      </w:sdt>
      <w:r>
        <w:t xml:space="preserve"> CRM history    </w:t>
      </w:r>
      <w:sdt>
        <w:sdtPr>
          <w:alias w:val="34. What source material already exists? — Call recordings"/>
          <w:tag w:val="choice_1143"/>
          <w:id w:val="1143"/>
          <w14:checkbox>
            <w14:checked w14:val="0"/>
            <w14:checkedState w14:val="2612" w14:font="MS Gothic"/>
            <w14:uncheckedState w14:val="2610" w14:font="MS Gothic"/>
          </w14:checkbox>
        </w:sdtPr>
        <w:sdtContent>
          <w:r>
            <w:rPr>
              <w:rFonts w:ascii="MS Gothic" w:hAnsi="MS Gothic"/>
            </w:rPr>
            <w:t xml:space="preserve">☐</w:t>
          </w:r>
        </w:sdtContent>
      </w:sdt>
      <w:r>
        <w:t xml:space="preserve"> Call recordings    </w:t>
      </w:r>
      <w:sdt>
        <w:sdtPr>
          <w:alias w:val="34. What source material already exists? — None yet"/>
          <w:tag w:val="choice_1144"/>
          <w:id w:val="1144"/>
          <w14:checkbox>
            <w14:checked w14:val="0"/>
            <w14:checkedState w14:val="2612" w14:font="MS Gothic"/>
            <w14:uncheckedState w14:val="2610" w14:font="MS Gothic"/>
          </w14:checkbox>
        </w:sdtPr>
        <w:sdtContent>
          <w:r>
            <w:rPr>
              <w:rFonts w:ascii="MS Gothic" w:hAnsi="MS Gothic"/>
            </w:rPr>
            <w:t xml:space="preserve">☐</w:t>
          </w:r>
        </w:sdtContent>
      </w:sdt>
      <w:r>
        <w:t xml:space="preserve"> None yet</w:t>
      </w:r>
    </w:p>
    <w:p>
      <w:r>
        <w:rPr>
          <w:b/>
        </w:rPr>
        <w:t>35. How organized and current is this information?</w:t>
      </w:r>
    </w:p>
    <w:p>
      <w:r>
        <w:t xml:space="preserve">   </w:t>
      </w:r>
      <w:sdt>
        <w:sdtPr>
          <w:alias w:val="35. How organized and current is this information? — Well organized/current"/>
          <w:tag w:val="choice_1145"/>
          <w:id w:val="1145"/>
          <w14:checkbox>
            <w14:checked w14:val="0"/>
            <w14:checkedState w14:val="2612" w14:font="MS Gothic"/>
            <w14:uncheckedState w14:val="2610" w14:font="MS Gothic"/>
          </w14:checkbox>
        </w:sdtPr>
        <w:sdtContent>
          <w:r>
            <w:rPr>
              <w:rFonts w:ascii="MS Gothic" w:hAnsi="MS Gothic"/>
            </w:rPr>
            <w:t xml:space="preserve">☐</w:t>
          </w:r>
        </w:sdtContent>
      </w:sdt>
      <w:r>
        <w:t xml:space="preserve"> Well organized/current    </w:t>
      </w:r>
      <w:sdt>
        <w:sdtPr>
          <w:alias w:val="35. How organized and current is this information? — Available but scattered"/>
          <w:tag w:val="choice_1146"/>
          <w:id w:val="1146"/>
          <w14:checkbox>
            <w14:checked w14:val="0"/>
            <w14:checkedState w14:val="2612" w14:font="MS Gothic"/>
            <w14:uncheckedState w14:val="2610" w14:font="MS Gothic"/>
          </w14:checkbox>
        </w:sdtPr>
        <w:sdtContent>
          <w:r>
            <w:rPr>
              <w:rFonts w:ascii="MS Gothic" w:hAnsi="MS Gothic"/>
            </w:rPr>
            <w:t xml:space="preserve">☐</w:t>
          </w:r>
        </w:sdtContent>
      </w:sdt>
      <w:r>
        <w:t xml:space="preserve"> Available but scattered    </w:t>
      </w:r>
      <w:sdt>
        <w:sdtPr>
          <w:alias w:val="35. How organized and current is this information? — Outdated"/>
          <w:tag w:val="choice_1147"/>
          <w:id w:val="1147"/>
          <w14:checkbox>
            <w14:checked w14:val="0"/>
            <w14:checkedState w14:val="2612" w14:font="MS Gothic"/>
            <w14:uncheckedState w14:val="2610" w14:font="MS Gothic"/>
          </w14:checkbox>
        </w:sdtPr>
        <w:sdtContent>
          <w:r>
            <w:rPr>
              <w:rFonts w:ascii="MS Gothic" w:hAnsi="MS Gothic"/>
            </w:rPr>
            <w:t xml:space="preserve">☐</w:t>
          </w:r>
        </w:sdtContent>
      </w:sdt>
      <w:r>
        <w:t xml:space="preserve"> Outdated    </w:t>
      </w:r>
      <w:sdt>
        <w:sdtPr>
          <w:alias w:val="35. How organized and current is this information? — Mostly in people’s heads"/>
          <w:tag w:val="choice_1148"/>
          <w:id w:val="1148"/>
          <w14:checkbox>
            <w14:checked w14:val="0"/>
            <w14:checkedState w14:val="2612" w14:font="MS Gothic"/>
            <w14:uncheckedState w14:val="2610" w14:font="MS Gothic"/>
          </w14:checkbox>
        </w:sdtPr>
        <w:sdtContent>
          <w:r>
            <w:rPr>
              <w:rFonts w:ascii="MS Gothic" w:hAnsi="MS Gothic"/>
            </w:rPr>
            <w:t xml:space="preserve">☐</w:t>
          </w:r>
        </w:sdtContent>
      </w:sdt>
      <w:r>
        <w:t xml:space="preserve"> Mostly in people’s heads    </w:t>
      </w:r>
      <w:sdt>
        <w:sdtPr>
          <w:alias w:val="35. How organized and current is this information? — Need help creating it"/>
          <w:tag w:val="choice_1149"/>
          <w:id w:val="1149"/>
          <w14:checkbox>
            <w14:checked w14:val="0"/>
            <w14:checkedState w14:val="2612" w14:font="MS Gothic"/>
            <w14:uncheckedState w14:val="2610" w14:font="MS Gothic"/>
          </w14:checkbox>
        </w:sdtPr>
        <w:sdtContent>
          <w:r>
            <w:rPr>
              <w:rFonts w:ascii="MS Gothic" w:hAnsi="MS Gothic"/>
            </w:rPr>
            <w:t xml:space="preserve">☐</w:t>
          </w:r>
        </w:sdtContent>
      </w:sdt>
      <w:r>
        <w:t xml:space="preserve"> Need help creating it</w:t>
      </w:r>
    </w:p>
    <w:p>
      <w:r>
        <w:rPr>
          <w:b/>
        </w:rPr>
        <w:t>36. Where is the information stored?</w:t>
      </w:r>
    </w:p>
    <w:p>
      <w:r>
        <w:t xml:space="preserve">   </w:t>
      </w:r>
      <w:sdt>
        <w:sdtPr>
          <w:alias w:val="36. Where is the information stored? — Website"/>
          <w:tag w:val="choice_1150"/>
          <w:id w:val="1150"/>
          <w14:checkbox>
            <w14:checked w14:val="0"/>
            <w14:checkedState w14:val="2612" w14:font="MS Gothic"/>
            <w14:uncheckedState w14:val="2610" w14:font="MS Gothic"/>
          </w14:checkbox>
        </w:sdtPr>
        <w:sdtContent>
          <w:r>
            <w:rPr>
              <w:rFonts w:ascii="MS Gothic" w:hAnsi="MS Gothic"/>
            </w:rPr>
            <w:t xml:space="preserve">☐</w:t>
          </w:r>
        </w:sdtContent>
      </w:sdt>
      <w:r>
        <w:t xml:space="preserve"> Website    </w:t>
      </w:r>
      <w:sdt>
        <w:sdtPr>
          <w:alias w:val="36. Where is the information stored? — Google Drive"/>
          <w:tag w:val="choice_1151"/>
          <w:id w:val="1151"/>
          <w14:checkbox>
            <w14:checked w14:val="0"/>
            <w14:checkedState w14:val="2612" w14:font="MS Gothic"/>
            <w14:uncheckedState w14:val="2610" w14:font="MS Gothic"/>
          </w14:checkbox>
        </w:sdtPr>
        <w:sdtContent>
          <w:r>
            <w:rPr>
              <w:rFonts w:ascii="MS Gothic" w:hAnsi="MS Gothic"/>
            </w:rPr>
            <w:t xml:space="preserve">☐</w:t>
          </w:r>
        </w:sdtContent>
      </w:sdt>
      <w:r>
        <w:t xml:space="preserve"> Google Drive    </w:t>
      </w:r>
      <w:sdt>
        <w:sdtPr>
          <w:alias w:val="36. Where is the information stored? — Notion"/>
          <w:tag w:val="choice_1152"/>
          <w:id w:val="1152"/>
          <w14:checkbox>
            <w14:checked w14:val="0"/>
            <w14:checkedState w14:val="2612" w14:font="MS Gothic"/>
            <w14:uncheckedState w14:val="2610" w14:font="MS Gothic"/>
          </w14:checkbox>
        </w:sdtPr>
        <w:sdtContent>
          <w:r>
            <w:rPr>
              <w:rFonts w:ascii="MS Gothic" w:hAnsi="MS Gothic"/>
            </w:rPr>
            <w:t xml:space="preserve">☐</w:t>
          </w:r>
        </w:sdtContent>
      </w:sdt>
      <w:r>
        <w:t xml:space="preserve"> Notion    </w:t>
      </w:r>
      <w:sdt>
        <w:sdtPr>
          <w:alias w:val="36. Where is the information stored? — CRM"/>
          <w:tag w:val="choice_1153"/>
          <w:id w:val="1153"/>
          <w14:checkbox>
            <w14:checked w14:val="0"/>
            <w14:checkedState w14:val="2612" w14:font="MS Gothic"/>
            <w14:uncheckedState w14:val="2610" w14:font="MS Gothic"/>
          </w14:checkbox>
        </w:sdtPr>
        <w:sdtContent>
          <w:r>
            <w:rPr>
              <w:rFonts w:ascii="MS Gothic" w:hAnsi="MS Gothic"/>
            </w:rPr>
            <w:t xml:space="preserve">☐</w:t>
          </w:r>
        </w:sdtContent>
      </w:sdt>
      <w:r>
        <w:t xml:space="preserve"> CRM    </w:t>
      </w:r>
      <w:sdt>
        <w:sdtPr>
          <w:alias w:val="36. Where is the information stored? — Email"/>
          <w:tag w:val="choice_1154"/>
          <w:id w:val="1154"/>
          <w14:checkbox>
            <w14:checked w14:val="0"/>
            <w14:checkedState w14:val="2612" w14:font="MS Gothic"/>
            <w14:uncheckedState w14:val="2610" w14:font="MS Gothic"/>
          </w14:checkbox>
        </w:sdtPr>
        <w:sdtContent>
          <w:r>
            <w:rPr>
              <w:rFonts w:ascii="MS Gothic" w:hAnsi="MS Gothic"/>
            </w:rPr>
            <w:t xml:space="preserve">☐</w:t>
          </w:r>
        </w:sdtContent>
      </w:sdt>
      <w:r>
        <w:t xml:space="preserve"> Email    </w:t>
      </w:r>
      <w:sdt>
        <w:sdtPr>
          <w:alias w:val="36. Where is the information stored? — Spreadsheets"/>
          <w:tag w:val="choice_1155"/>
          <w:id w:val="1155"/>
          <w14:checkbox>
            <w14:checked w14:val="0"/>
            <w14:checkedState w14:val="2612" w14:font="MS Gothic"/>
            <w14:uncheckedState w14:val="2610" w14:font="MS Gothic"/>
          </w14:checkbox>
        </w:sdtPr>
        <w:sdtContent>
          <w:r>
            <w:rPr>
              <w:rFonts w:ascii="MS Gothic" w:hAnsi="MS Gothic"/>
            </w:rPr>
            <w:t xml:space="preserve">☐</w:t>
          </w:r>
        </w:sdtContent>
      </w:sdt>
      <w:r>
        <w:t xml:space="preserve"> Spreadsheets    </w:t>
      </w:r>
      <w:sdt>
        <w:sdtPr>
          <w:alias w:val="36. Where is the information stored? — Help center"/>
          <w:tag w:val="choice_1156"/>
          <w:id w:val="1156"/>
          <w14:checkbox>
            <w14:checked w14:val="0"/>
            <w14:checkedState w14:val="2612" w14:font="MS Gothic"/>
            <w14:uncheckedState w14:val="2610" w14:font="MS Gothic"/>
          </w14:checkbox>
        </w:sdtPr>
        <w:sdtContent>
          <w:r>
            <w:rPr>
              <w:rFonts w:ascii="MS Gothic" w:hAnsi="MS Gothic"/>
            </w:rPr>
            <w:t xml:space="preserve">☐</w:t>
          </w:r>
        </w:sdtContent>
      </w:sdt>
      <w:r>
        <w:t xml:space="preserve"> Help center    </w:t>
      </w:r>
      <w:sdt>
        <w:sdtPr>
          <w:alias w:val="36. Where is the information stored? — Shared folders"/>
          <w:tag w:val="choice_1157"/>
          <w:id w:val="1157"/>
          <w14:checkbox>
            <w14:checked w14:val="0"/>
            <w14:checkedState w14:val="2612" w14:font="MS Gothic"/>
            <w14:uncheckedState w14:val="2610" w14:font="MS Gothic"/>
          </w14:checkbox>
        </w:sdtPr>
        <w:sdtContent>
          <w:r>
            <w:rPr>
              <w:rFonts w:ascii="MS Gothic" w:hAnsi="MS Gothic"/>
            </w:rPr>
            <w:t xml:space="preserve">☐</w:t>
          </w:r>
        </w:sdtContent>
      </w:sdt>
      <w:r>
        <w:t xml:space="preserve"> Shared folders    </w:t>
      </w:r>
      <w:sdt>
        <w:sdtPr>
          <w:alias w:val="36. Where is the information stored? — Other"/>
          <w:tag w:val="choice_1158"/>
          <w:id w:val="1158"/>
          <w14:checkbox>
            <w14:checked w14:val="0"/>
            <w14:checkedState w14:val="2612" w14:font="MS Gothic"/>
            <w14:uncheckedState w14:val="2610" w14:font="MS Gothic"/>
          </w14:checkbox>
        </w:sdtPr>
        <w:sdtContent>
          <w:r>
            <w:rPr>
              <w:rFonts w:ascii="MS Gothic" w:hAnsi="MS Gothic"/>
            </w:rPr>
            <w:t xml:space="preserve">☐</w:t>
          </w:r>
        </w:sdtContent>
      </w:sdt>
      <w:r>
        <w:t xml:space="preserve"> Other</w:t>
      </w:r>
    </w:p>
    <w:p>
      <w:pPr>
        <w:pStyle w:val="Heading1"/>
      </w:pPr>
      <w:r>
        <w:t>6. Security, Scope &amp; Readiness</w:t>
      </w:r>
    </w:p>
    <w:p>
      <w:r>
        <w:t xml:space="preserve">37. Does the proposed workflow involve sensitive or regulated information? Select categories only. Do not include actual records, identifiers, recordings or sample contents in this form.</w:t>
      </w:r>
    </w:p>
    <w:p>
      <w:r>
        <w:t xml:space="preserve">   </w:t>
      </w:r>
      <w:sdt>
        <w:sdtPr>
          <w:alias w:val="37. Does the proposed workflow involve sensitive or regulated information? Select categories only. Do not include actual records, identifiers, recordings or sample contents in this form. — No"/>
          <w:tag w:val="choice_1159"/>
          <w:id w:val="1159"/>
          <w14:checkbox>
            <w14:checked w14:val="0"/>
            <w14:checkedState w14:val="2612" w14:font="MS Gothic"/>
            <w14:uncheckedState w14:val="2610" w14:font="MS Gothic"/>
          </w14:checkbox>
        </w:sdtPr>
        <w:sdtContent>
          <w:r>
            <w:rPr>
              <w:rFonts w:ascii="MS Gothic" w:hAnsi="MS Gothic"/>
            </w:rPr>
            <w:t xml:space="preserve">☐</w:t>
          </w:r>
        </w:sdtContent>
      </w:sdt>
      <w:r>
        <w:t xml:space="preserve"> No    </w:t>
      </w:r>
      <w:sdt>
        <w:sdtPr>
          <w:alias w:val="37. Does the proposed workflow involve sensitive or regulated information? Select categories only. Do not include actual records, identifiers, recordings or sample contents in this form. — Personal data"/>
          <w:tag w:val="choice_1160"/>
          <w:id w:val="1160"/>
          <w14:checkbox>
            <w14:checked w14:val="0"/>
            <w14:checkedState w14:val="2612" w14:font="MS Gothic"/>
            <w14:uncheckedState w14:val="2610" w14:font="MS Gothic"/>
          </w14:checkbox>
        </w:sdtPr>
        <w:sdtContent>
          <w:r>
            <w:rPr>
              <w:rFonts w:ascii="MS Gothic" w:hAnsi="MS Gothic"/>
            </w:rPr>
            <w:t xml:space="preserve">☐</w:t>
          </w:r>
        </w:sdtContent>
      </w:sdt>
      <w:r>
        <w:t xml:space="preserve"> Personal data    </w:t>
      </w:r>
      <w:sdt>
        <w:sdtPr>
          <w:alias w:val="37. Does the proposed workflow involve sensitive or regulated information? Select categories only. Do not include actual records, identifiers, recordings or sample contents in this form. — Financial/payment data"/>
          <w:tag w:val="choice_1161"/>
          <w:id w:val="1161"/>
          <w14:checkbox>
            <w14:checked w14:val="0"/>
            <w14:checkedState w14:val="2612" w14:font="MS Gothic"/>
            <w14:uncheckedState w14:val="2610" w14:font="MS Gothic"/>
          </w14:checkbox>
        </w:sdtPr>
        <w:sdtContent>
          <w:r>
            <w:rPr>
              <w:rFonts w:ascii="MS Gothic" w:hAnsi="MS Gothic"/>
            </w:rPr>
            <w:t xml:space="preserve">☐</w:t>
          </w:r>
        </w:sdtContent>
      </w:sdt>
      <w:r>
        <w:t xml:space="preserve"> Financial/payment data    </w:t>
      </w:r>
      <w:sdt>
        <w:sdtPr>
          <w:alias w:val="37. Does the proposed workflow involve sensitive or regulated information? Select categories only. Do not include actual records, identifiers, recordings or sample contents in this form. — Health data"/>
          <w:tag w:val="choice_1162"/>
          <w:id w:val="1162"/>
          <w14:checkbox>
            <w14:checked w14:val="0"/>
            <w14:checkedState w14:val="2612" w14:font="MS Gothic"/>
            <w14:uncheckedState w14:val="2610" w14:font="MS Gothic"/>
          </w14:checkbox>
        </w:sdtPr>
        <w:sdtContent>
          <w:r>
            <w:rPr>
              <w:rFonts w:ascii="MS Gothic" w:hAnsi="MS Gothic"/>
            </w:rPr>
            <w:t xml:space="preserve">☐</w:t>
          </w:r>
        </w:sdtContent>
      </w:sdt>
      <w:r>
        <w:t xml:space="preserve"> Health data    </w:t>
      </w:r>
      <w:sdt>
        <w:sdtPr>
          <w:alias w:val="37. Does the proposed workflow involve sensitive or regulated information? Select categories only. Do not include actual records, identifiers, recordings or sample contents in this form. — Legal/confidential data"/>
          <w:tag w:val="choice_1163"/>
          <w:id w:val="1163"/>
          <w14:checkbox>
            <w14:checked w14:val="0"/>
            <w14:checkedState w14:val="2612" w14:font="MS Gothic"/>
            <w14:uncheckedState w14:val="2610" w14:font="MS Gothic"/>
          </w14:checkbox>
        </w:sdtPr>
        <w:sdtContent>
          <w:r>
            <w:rPr>
              <w:rFonts w:ascii="MS Gothic" w:hAnsi="MS Gothic"/>
            </w:rPr>
            <w:t xml:space="preserve">☐</w:t>
          </w:r>
        </w:sdtContent>
      </w:sdt>
      <w:r>
        <w:t xml:space="preserve"> Legal/confidential data    </w:t>
      </w:r>
      <w:sdt>
        <w:sdtPr>
          <w:alias w:val="37. Does the proposed workflow involve sensitive or regulated information? Select categories only. Do not include actual records, identifiers, recordings or sample contents in this form. — Employee data"/>
          <w:tag w:val="choice_1164"/>
          <w:id w:val="1164"/>
          <w14:checkbox>
            <w14:checked w14:val="0"/>
            <w14:checkedState w14:val="2612" w14:font="MS Gothic"/>
            <w14:uncheckedState w14:val="2610" w14:font="MS Gothic"/>
          </w14:checkbox>
        </w:sdtPr>
        <w:sdtContent>
          <w:r>
            <w:rPr>
              <w:rFonts w:ascii="MS Gothic" w:hAnsi="MS Gothic"/>
            </w:rPr>
            <w:t xml:space="preserve">☐</w:t>
          </w:r>
        </w:sdtContent>
      </w:sdt>
      <w:r>
        <w:t xml:space="preserve"> Employee data    </w:t>
      </w:r>
      <w:sdt>
        <w:sdtPr>
          <w:alias w:val="37. Does the proposed workflow involve sensitive or regulated information? Select categories only. Do not include actual records, identifiers, recordings or sample contents in this form. — Other"/>
          <w:tag w:val="choice_1165"/>
          <w:id w:val="1165"/>
          <w14:checkbox>
            <w14:checked w14:val="0"/>
            <w14:checkedState w14:val="2612" w14:font="MS Gothic"/>
            <w14:uncheckedState w14:val="2610" w14:font="MS Gothic"/>
          </w14:checkbox>
        </w:sdtPr>
        <w:sdtContent>
          <w:r>
            <w:rPr>
              <w:rFonts w:ascii="MS Gothic" w:hAnsi="MS Gothic"/>
            </w:rPr>
            <w:t xml:space="preserve">☐</w:t>
          </w:r>
        </w:sdtContent>
      </w:sdt>
      <w:r>
        <w:t xml:space="preserve"> Other    </w:t>
      </w:r>
      <w:sdt>
        <w:sdtPr>
          <w:alias w:val="37. Does the proposed workflow involve sensitive or regulated information? Select categories only. Do not include actual records, identifiers, recordings or sample contents in this form. — Not sure"/>
          <w:tag w:val="choice_1166"/>
          <w:id w:val="1166"/>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t xml:space="preserve">38. Who must approve this project? Select all that apply. Identify a project-owner role below to coordinate access, questions, testing and launch approval; provide a work contact only if you are authorized to share it.</w:t>
      </w:r>
    </w:p>
    <w:p>
      <w:r>
        <w:t xml:space="preserve">   </w:t>
      </w:r>
      <w:sdt>
        <w:sdtPr>
          <w:alias w:val="38. Who must approve this project? Select all that apply. Identify a project-owner role below to coordinate access, questions, testing and launch approval; provide a work contact only if you are authorized to share it. — I am the decision-m"/>
          <w:tag w:val="choice_1167"/>
          <w:id w:val="1167"/>
          <w14:checkbox>
            <w14:checked w14:val="0"/>
            <w14:checkedState w14:val="2612" w14:font="MS Gothic"/>
            <w14:uncheckedState w14:val="2610" w14:font="MS Gothic"/>
          </w14:checkbox>
        </w:sdtPr>
        <w:sdtContent>
          <w:r>
            <w:rPr>
              <w:rFonts w:ascii="MS Gothic" w:hAnsi="MS Gothic"/>
            </w:rPr>
            <w:t xml:space="preserve">☐</w:t>
          </w:r>
        </w:sdtContent>
      </w:sdt>
      <w:r>
        <w:t xml:space="preserve"> I am the decision-maker    </w:t>
      </w:r>
      <w:sdt>
        <w:sdtPr>
          <w:alias w:val="38. Who must approve this project? Select all that apply. Identify a project-owner role below to coordinate access, questions, testing and launch approval; provide a work contact only if you are authorized to share it. — Owner/Founder"/>
          <w:tag w:val="choice_1168"/>
          <w:id w:val="1168"/>
          <w14:checkbox>
            <w14:checked w14:val="0"/>
            <w14:checkedState w14:val="2612" w14:font="MS Gothic"/>
            <w14:uncheckedState w14:val="2610" w14:font="MS Gothic"/>
          </w14:checkbox>
        </w:sdtPr>
        <w:sdtContent>
          <w:r>
            <w:rPr>
              <w:rFonts w:ascii="MS Gothic" w:hAnsi="MS Gothic"/>
            </w:rPr>
            <w:t xml:space="preserve">☐</w:t>
          </w:r>
        </w:sdtContent>
      </w:sdt>
      <w:r>
        <w:t xml:space="preserve"> Owner/Founder    </w:t>
      </w:r>
      <w:sdt>
        <w:sdtPr>
          <w:alias w:val="38. Who must approve this project? Select all that apply. Identify a project-owner role below to coordinate access, questions, testing and launch approval; provide a work contact only if you are authorized to share it. — Department leader"/>
          <w:tag w:val="choice_1169"/>
          <w:id w:val="1169"/>
          <w14:checkbox>
            <w14:checked w14:val="0"/>
            <w14:checkedState w14:val="2612" w14:font="MS Gothic"/>
            <w14:uncheckedState w14:val="2610" w14:font="MS Gothic"/>
          </w14:checkbox>
        </w:sdtPr>
        <w:sdtContent>
          <w:r>
            <w:rPr>
              <w:rFonts w:ascii="MS Gothic" w:hAnsi="MS Gothic"/>
            </w:rPr>
            <w:t xml:space="preserve">☐</w:t>
          </w:r>
        </w:sdtContent>
      </w:sdt>
      <w:r>
        <w:t xml:space="preserve"> Department leader    </w:t>
      </w:r>
      <w:sdt>
        <w:sdtPr>
          <w:alias w:val="38. Who must approve this project? Select all that apply. Identify a project-owner role below to coordinate access, questions, testing and launch approval; provide a work contact only if you are authorized to share it. — IT/Security"/>
          <w:tag w:val="choice_1170"/>
          <w:id w:val="1170"/>
          <w14:checkbox>
            <w14:checked w14:val="0"/>
            <w14:checkedState w14:val="2612" w14:font="MS Gothic"/>
            <w14:uncheckedState w14:val="2610" w14:font="MS Gothic"/>
          </w14:checkbox>
        </w:sdtPr>
        <w:sdtContent>
          <w:r>
            <w:rPr>
              <w:rFonts w:ascii="MS Gothic" w:hAnsi="MS Gothic"/>
            </w:rPr>
            <w:t xml:space="preserve">☐</w:t>
          </w:r>
        </w:sdtContent>
      </w:sdt>
      <w:r>
        <w:t xml:space="preserve"> IT/Security    </w:t>
      </w:r>
      <w:sdt>
        <w:sdtPr>
          <w:alias w:val="38. Who must approve this project? Select all that apply. Identify a project-owner role below to coordinate access, questions, testing and launch approval; provide a work contact only if you are authorized to share it. — Finance/Procurement"/>
          <w:tag w:val="choice_1171"/>
          <w:id w:val="1171"/>
          <w14:checkbox>
            <w14:checked w14:val="0"/>
            <w14:checkedState w14:val="2612" w14:font="MS Gothic"/>
            <w14:uncheckedState w14:val="2610" w14:font="MS Gothic"/>
          </w14:checkbox>
        </w:sdtPr>
        <w:sdtContent>
          <w:r>
            <w:rPr>
              <w:rFonts w:ascii="MS Gothic" w:hAnsi="MS Gothic"/>
            </w:rPr>
            <w:t xml:space="preserve">☐</w:t>
          </w:r>
        </w:sdtContent>
      </w:sdt>
      <w:r>
        <w:t xml:space="preserve"> Finance/Procurement    </w:t>
      </w:r>
      <w:sdt>
        <w:sdtPr>
          <w:alias w:val="38. Who must approve this project? Select all that apply. Identify a project-owner role below to coordinate access, questions, testing and launch approval; provide a work contact only if you are authorized to share it. — Multiple stakeholde"/>
          <w:tag w:val="choice_1172"/>
          <w:id w:val="1172"/>
          <w14:checkbox>
            <w14:checked w14:val="0"/>
            <w14:checkedState w14:val="2612" w14:font="MS Gothic"/>
            <w14:uncheckedState w14:val="2610" w14:font="MS Gothic"/>
          </w14:checkbox>
        </w:sdtPr>
        <w:sdtContent>
          <w:r>
            <w:rPr>
              <w:rFonts w:ascii="MS Gothic" w:hAnsi="MS Gothic"/>
            </w:rPr>
            <w:t xml:space="preserve">☐</w:t>
          </w:r>
        </w:sdtContent>
      </w:sdt>
      <w:r>
        <w:t xml:space="preserve"> Multiple stakeholders</w:t>
      </w:r>
    </w:p>
    <w:p>
      <w:sdt>
        <w:sdtPr>
          <w:alias w:val="38. Who must approve this project? Select all that apply. Identify a project-owner role below to coordinate access, questions, testing and launch approval; provide a work contact only if you are authorized to share it."/>
          <w:tag w:val="answer_1173"/>
          <w:id w:val="1173"/>
          <w:showingPlcHdr/>
          <w:text w:multiLine="1"/>
        </w:sdtPr>
        <w:sdtContent>
          <w:r>
            <w:t xml:space="preserve">Click or tap here to enter your answer.</w:t>
          </w:r>
        </w:sdtContent>
      </w:sdt>
    </w:p>
    <w:p>
      <w:r>
        <w:rPr>
          <w:b/>
        </w:rPr>
        <w:t>39. What type of support do you want?</w:t>
      </w:r>
    </w:p>
    <w:p>
      <w:r>
        <w:t xml:space="preserve">   </w:t>
      </w:r>
      <w:sdt>
        <w:sdtPr>
          <w:alias w:val="39. What type of support do you want? — AI strategy/roadmap"/>
          <w:tag w:val="choice_1174"/>
          <w:id w:val="1174"/>
          <w14:checkbox>
            <w14:checked w14:val="0"/>
            <w14:checkedState w14:val="2612" w14:font="MS Gothic"/>
            <w14:uncheckedState w14:val="2610" w14:font="MS Gothic"/>
          </w14:checkbox>
        </w:sdtPr>
        <w:sdtContent>
          <w:r>
            <w:rPr>
              <w:rFonts w:ascii="MS Gothic" w:hAnsi="MS Gothic"/>
            </w:rPr>
            <w:t xml:space="preserve">☐</w:t>
          </w:r>
        </w:sdtContent>
      </w:sdt>
      <w:r>
        <w:t xml:space="preserve"> AI strategy/roadmap    </w:t>
      </w:r>
      <w:sdt>
        <w:sdtPr>
          <w:alias w:val="39. What type of support do you want? — Done-with-you build"/>
          <w:tag w:val="choice_1175"/>
          <w:id w:val="1175"/>
          <w14:checkbox>
            <w14:checked w14:val="0"/>
            <w14:checkedState w14:val="2612" w14:font="MS Gothic"/>
            <w14:uncheckedState w14:val="2610" w14:font="MS Gothic"/>
          </w14:checkbox>
        </w:sdtPr>
        <w:sdtContent>
          <w:r>
            <w:rPr>
              <w:rFonts w:ascii="MS Gothic" w:hAnsi="MS Gothic"/>
            </w:rPr>
            <w:t xml:space="preserve">☐</w:t>
          </w:r>
        </w:sdtContent>
      </w:sdt>
      <w:r>
        <w:t xml:space="preserve"> Done-with-you build    </w:t>
      </w:r>
      <w:sdt>
        <w:sdtPr>
          <w:alias w:val="39. What type of support do you want? — Done-for-you build"/>
          <w:tag w:val="choice_1176"/>
          <w:id w:val="1176"/>
          <w14:checkbox>
            <w14:checked w14:val="0"/>
            <w14:checkedState w14:val="2612" w14:font="MS Gothic"/>
            <w14:uncheckedState w14:val="2610" w14:font="MS Gothic"/>
          </w14:checkbox>
        </w:sdtPr>
        <w:sdtContent>
          <w:r>
            <w:rPr>
              <w:rFonts w:ascii="MS Gothic" w:hAnsi="MS Gothic"/>
            </w:rPr>
            <w:t xml:space="preserve">☐</w:t>
          </w:r>
        </w:sdtContent>
      </w:sdt>
      <w:r>
        <w:t xml:space="preserve"> Done-for-you build    </w:t>
      </w:r>
      <w:sdt>
        <w:sdtPr>
          <w:alias w:val="39. What type of support do you want? — Team training"/>
          <w:tag w:val="choice_1177"/>
          <w:id w:val="1177"/>
          <w14:checkbox>
            <w14:checked w14:val="0"/>
            <w14:checkedState w14:val="2612" w14:font="MS Gothic"/>
            <w14:uncheckedState w14:val="2610" w14:font="MS Gothic"/>
          </w14:checkbox>
        </w:sdtPr>
        <w:sdtContent>
          <w:r>
            <w:rPr>
              <w:rFonts w:ascii="MS Gothic" w:hAnsi="MS Gothic"/>
            </w:rPr>
            <w:t xml:space="preserve">☐</w:t>
          </w:r>
        </w:sdtContent>
      </w:sdt>
      <w:r>
        <w:t xml:space="preserve"> Team training    </w:t>
      </w:r>
      <w:sdt>
        <w:sdtPr>
          <w:alias w:val="39. What type of support do you want? — Ongoing monthly optimization"/>
          <w:tag w:val="choice_1178"/>
          <w:id w:val="1178"/>
          <w14:checkbox>
            <w14:checked w14:val="0"/>
            <w14:checkedState w14:val="2612" w14:font="MS Gothic"/>
            <w14:uncheckedState w14:val="2610" w14:font="MS Gothic"/>
          </w14:checkbox>
        </w:sdtPr>
        <w:sdtContent>
          <w:r>
            <w:rPr>
              <w:rFonts w:ascii="MS Gothic" w:hAnsi="MS Gothic"/>
            </w:rPr>
            <w:t xml:space="preserve">☐</w:t>
          </w:r>
        </w:sdtContent>
      </w:sdt>
      <w:r>
        <w:t xml:space="preserve"> Ongoing monthly optimization    </w:t>
      </w:r>
      <w:sdt>
        <w:sdtPr>
          <w:alias w:val="39. What type of support do you want? — Not sure"/>
          <w:tag w:val="choice_1179"/>
          <w:id w:val="1179"/>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r>
        <w:t xml:space="preserve">40. What one-time implementation investment range are you considering? Amounts below are USD; note another currency if applicable.</w:t>
      </w:r>
    </w:p>
    <w:p>
      <w:r>
        <w:t xml:space="preserve">   </w:t>
      </w:r>
      <w:sdt>
        <w:sdtPr>
          <w:alias w:val="40. What one-time implementation investment range are you considering? Amounts below are USD; note another currency if applicable. — Under $1,000"/>
          <w:tag w:val="choice_1180"/>
          <w:id w:val="1180"/>
          <w14:checkbox>
            <w14:checked w14:val="0"/>
            <w14:checkedState w14:val="2612" w14:font="MS Gothic"/>
            <w14:uncheckedState w14:val="2610" w14:font="MS Gothic"/>
          </w14:checkbox>
        </w:sdtPr>
        <w:sdtContent>
          <w:r>
            <w:rPr>
              <w:rFonts w:ascii="MS Gothic" w:hAnsi="MS Gothic"/>
            </w:rPr>
            <w:t xml:space="preserve">☐</w:t>
          </w:r>
        </w:sdtContent>
      </w:sdt>
      <w:r>
        <w:t xml:space="preserve"> Under $1,000    </w:t>
      </w:r>
      <w:sdt>
        <w:sdtPr>
          <w:alias w:val="40. What one-time implementation investment range are you considering? Amounts below are USD; note another currency if applicable. — $1,000–$3,000"/>
          <w:tag w:val="choice_1181"/>
          <w:id w:val="1181"/>
          <w14:checkbox>
            <w14:checked w14:val="0"/>
            <w14:checkedState w14:val="2612" w14:font="MS Gothic"/>
            <w14:uncheckedState w14:val="2610" w14:font="MS Gothic"/>
          </w14:checkbox>
        </w:sdtPr>
        <w:sdtContent>
          <w:r>
            <w:rPr>
              <w:rFonts w:ascii="MS Gothic" w:hAnsi="MS Gothic"/>
            </w:rPr>
            <w:t xml:space="preserve">☐</w:t>
          </w:r>
        </w:sdtContent>
      </w:sdt>
      <w:r>
        <w:t xml:space="preserve"> $1,000–$3,000    </w:t>
      </w:r>
      <w:sdt>
        <w:sdtPr>
          <w:alias w:val="40. What one-time implementation investment range are you considering? Amounts below are USD; note another currency if applicable. — $3,000–$7,500"/>
          <w:tag w:val="choice_1182"/>
          <w:id w:val="1182"/>
          <w14:checkbox>
            <w14:checked w14:val="0"/>
            <w14:checkedState w14:val="2612" w14:font="MS Gothic"/>
            <w14:uncheckedState w14:val="2610" w14:font="MS Gothic"/>
          </w14:checkbox>
        </w:sdtPr>
        <w:sdtContent>
          <w:r>
            <w:rPr>
              <w:rFonts w:ascii="MS Gothic" w:hAnsi="MS Gothic"/>
            </w:rPr>
            <w:t xml:space="preserve">☐</w:t>
          </w:r>
        </w:sdtContent>
      </w:sdt>
      <w:r>
        <w:t xml:space="preserve"> $3,000–$7,500    </w:t>
      </w:r>
      <w:sdt>
        <w:sdtPr>
          <w:alias w:val="40. What one-time implementation investment range are you considering? Amounts below are USD; note another currency if applicable. — $7,500–$15,000"/>
          <w:tag w:val="choice_1183"/>
          <w:id w:val="1183"/>
          <w14:checkbox>
            <w14:checked w14:val="0"/>
            <w14:checkedState w14:val="2612" w14:font="MS Gothic"/>
            <w14:uncheckedState w14:val="2610" w14:font="MS Gothic"/>
          </w14:checkbox>
        </w:sdtPr>
        <w:sdtContent>
          <w:r>
            <w:rPr>
              <w:rFonts w:ascii="MS Gothic" w:hAnsi="MS Gothic"/>
            </w:rPr>
            <w:t xml:space="preserve">☐</w:t>
          </w:r>
        </w:sdtContent>
      </w:sdt>
      <w:r>
        <w:t xml:space="preserve"> $7,500–$15,000    </w:t>
      </w:r>
      <w:sdt>
        <w:sdtPr>
          <w:alias w:val="40. What one-time implementation investment range are you considering? Amounts below are USD; note another currency if applicable. — $15,000+"/>
          <w:tag w:val="choice_1184"/>
          <w:id w:val="1184"/>
          <w14:checkbox>
            <w14:checked w14:val="0"/>
            <w14:checkedState w14:val="2612" w14:font="MS Gothic"/>
            <w14:uncheckedState w14:val="2610" w14:font="MS Gothic"/>
          </w14:checkbox>
        </w:sdtPr>
        <w:sdtContent>
          <w:r>
            <w:rPr>
              <w:rFonts w:ascii="MS Gothic" w:hAnsi="MS Gothic"/>
            </w:rPr>
            <w:t xml:space="preserve">☐</w:t>
          </w:r>
        </w:sdtContent>
      </w:sdt>
      <w:r>
        <w:t xml:space="preserve"> $15,000+    </w:t>
      </w:r>
      <w:sdt>
        <w:sdtPr>
          <w:alias w:val="40. What one-time implementation investment range are you considering? Amounts below are USD; note another currency if applicable. — Discuss after scope"/>
          <w:tag w:val="choice_1185"/>
          <w:id w:val="1185"/>
          <w14:checkbox>
            <w14:checked w14:val="0"/>
            <w14:checkedState w14:val="2612" w14:font="MS Gothic"/>
            <w14:uncheckedState w14:val="2610" w14:font="MS Gothic"/>
          </w14:checkbox>
        </w:sdtPr>
        <w:sdtContent>
          <w:r>
            <w:rPr>
              <w:rFonts w:ascii="MS Gothic" w:hAnsi="MS Gothic"/>
            </w:rPr>
            <w:t xml:space="preserve">☐</w:t>
          </w:r>
        </w:sdtContent>
      </w:sdt>
      <w:r>
        <w:t xml:space="preserve"> Discuss after scope</w:t>
      </w:r>
    </w:p>
    <w:p>
      <w:r>
        <w:t xml:space="preserve">41. Are you open to ongoing support/optimization after launch? Add a separate estimated monthly operating budget below for support, subscriptions, AI usage and phone/SMS charges; state whether these costs are already included in an existing budget.</w:t>
      </w:r>
    </w:p>
    <w:p>
      <w:r>
        <w:t xml:space="preserve">   </w:t>
      </w:r>
      <w:sdt>
        <w:sdtPr>
          <w:alias w:val="41. Are you open to ongoing support/optimization after launch? Add a separate estimated monthly operating budget below for support, subscriptions, AI usage and phone/SMS charges; state whether these costs are already included in an existing"/>
          <w:tag w:val="choice_1186"/>
          <w:id w:val="1186"/>
          <w14:checkbox>
            <w14:checked w14:val="0"/>
            <w14:checkedState w14:val="2612" w14:font="MS Gothic"/>
            <w14:uncheckedState w14:val="2610" w14:font="MS Gothic"/>
          </w14:checkbox>
        </w:sdtPr>
        <w:sdtContent>
          <w:r>
            <w:rPr>
              <w:rFonts w:ascii="MS Gothic" w:hAnsi="MS Gothic"/>
            </w:rPr>
            <w:t xml:space="preserve">☐</w:t>
          </w:r>
        </w:sdtContent>
      </w:sdt>
      <w:r>
        <w:t xml:space="preserve"> Yes    </w:t>
      </w:r>
      <w:sdt>
        <w:sdtPr>
          <w:alias w:val="41. Are you open to ongoing support/optimization after launch? Add a separate estimated monthly operating budget below for support, subscriptions, AI usage and phone/SMS charges; state whether these costs are already included in an existing"/>
          <w:tag w:val="choice_1187"/>
          <w:id w:val="1187"/>
          <w14:checkbox>
            <w14:checked w14:val="0"/>
            <w14:checkedState w14:val="2612" w14:font="MS Gothic"/>
            <w14:uncheckedState w14:val="2610" w14:font="MS Gothic"/>
          </w14:checkbox>
        </w:sdtPr>
        <w:sdtContent>
          <w:r>
            <w:rPr>
              <w:rFonts w:ascii="MS Gothic" w:hAnsi="MS Gothic"/>
            </w:rPr>
            <w:t xml:space="preserve">☐</w:t>
          </w:r>
        </w:sdtContent>
      </w:sdt>
      <w:r>
        <w:t xml:space="preserve"> Possibly    </w:t>
      </w:r>
      <w:sdt>
        <w:sdtPr>
          <w:alias w:val="41. Are you open to ongoing support/optimization after launch? Add a separate estimated monthly operating budget below for support, subscriptions, AI usage and phone/SMS charges; state whether these costs are already included in an existing"/>
          <w:tag w:val="choice_1188"/>
          <w:id w:val="1188"/>
          <w14:checkbox>
            <w14:checked w14:val="0"/>
            <w14:checkedState w14:val="2612" w14:font="MS Gothic"/>
            <w14:uncheckedState w14:val="2610" w14:font="MS Gothic"/>
          </w14:checkbox>
        </w:sdtPr>
        <w:sdtContent>
          <w:r>
            <w:rPr>
              <w:rFonts w:ascii="MS Gothic" w:hAnsi="MS Gothic"/>
            </w:rPr>
            <w:t xml:space="preserve">☐</w:t>
          </w:r>
        </w:sdtContent>
      </w:sdt>
      <w:r>
        <w:t xml:space="preserve"> No    </w:t>
      </w:r>
      <w:sdt>
        <w:sdtPr>
          <w:alias w:val="41. Are you open to ongoing support/optimization after launch? Add a separate estimated monthly operating budget below for support, subscriptions, AI usage and phone/SMS charges; state whether these costs are already included in an existing"/>
          <w:tag w:val="choice_1189"/>
          <w:id w:val="1189"/>
          <w14:checkbox>
            <w14:checked w14:val="0"/>
            <w14:checkedState w14:val="2612" w14:font="MS Gothic"/>
            <w14:uncheckedState w14:val="2610" w14:font="MS Gothic"/>
          </w14:checkbox>
        </w:sdtPr>
        <w:sdtContent>
          <w:r>
            <w:rPr>
              <w:rFonts w:ascii="MS Gothic" w:hAnsi="MS Gothic"/>
            </w:rPr>
            <w:t xml:space="preserve">☐</w:t>
          </w:r>
        </w:sdtContent>
      </w:sdt>
      <w:r>
        <w:t xml:space="preserve"> Not sure</w:t>
      </w:r>
    </w:p>
    <w:p>
      <w:sdt>
        <w:sdtPr>
          <w:alias w:val="41. Are you open to ongoing support/optimization after launch? Add a separate estimated monthly operating budget below for support, subscriptions, AI usage and phone/SMS charges; state whether these costs are already included in an existing"/>
          <w:tag w:val="answer_1190"/>
          <w:id w:val="1190"/>
          <w:showingPlcHdr/>
          <w:text w:multiLine="1"/>
        </w:sdtPr>
        <w:sdtContent>
          <w:r>
            <w:t xml:space="preserve">Click or tap here to enter your answer.</w:t>
          </w:r>
        </w:sdtContent>
      </w:sdt>
    </w:p>
    <w:p>
      <w:r>
        <w:t xml:space="preserve">42. List which sanitized example materials you could provide later (such as a workflow diagram, synthetic example, redacted FAQ or SOP). Do not attach raw customer messages, call recordings, payment information or employee/health records to this initial form. We will agree a suitable transfer method and review access, retention and provider restrictions before requesting non-public samples.</w:t>
      </w:r>
    </w:p>
    <w:p>
      <w:sdt>
        <w:sdtPr>
          <w:alias w:val="42. List which sanitized example materials you could provide later (such as a workflow diagram, synthetic example, redacted FAQ or SOP). Do not attach raw customer messages, call recordings, payment information or employee/health records to"/>
          <w:tag w:val="answer_1191"/>
          <w:id w:val="1191"/>
          <w:showingPlcHdr/>
          <w:text w:multiLine="1"/>
        </w:sdtPr>
        <w:sdtContent>
          <w:r>
            <w:t xml:space="preserve">Click or tap here to enter your answer.</w:t>
          </w:r>
        </w:sdtContent>
      </w:sdt>
    </w:p>
    <w:p>
      <w:r>
        <w:rPr>
          <w:b/>
        </w:rPr>
        <w:t>43. Is there anything else we should know before recommending an AI solution?</w:t>
      </w:r>
    </w:p>
    <w:p>
      <w:sdt>
        <w:sdtPr>
          <w:alias w:val="43. Is there anything else we should know before recommending an AI solution?"/>
          <w:tag w:val="answer_1192"/>
          <w:id w:val="1192"/>
          <w:showingPlcHdr/>
          <w:text w:multiLine="1"/>
        </w:sdtPr>
        <w:sdtContent>
          <w:r>
            <w:t xml:space="preserve">Click or tap here to enter your answer.</w:t>
          </w:r>
        </w:sdtContent>
      </w:sdt>
    </w:p>
    <w:p>
      <w:pPr>
        <w:pStyle w:val="Heading1"/>
      </w:pPr>
      <w:r>
        <w:t xml:space="preserve">7. Service-specific details — complete only the relevant parts</w:t>
      </w:r>
    </w:p>
    <w:p>
      <w:r>
        <w:t xml:space="preserve">44. Lead qualification: What makes a lead qualified or disqualified? Which minimum details must be collected, how are leads prioritized/routed, and who receives them? Use criteria or fictional examples, not actual lead records.</w:t>
      </w:r>
    </w:p>
    <w:p>
      <w:sdt>
        <w:sdtPr>
          <w:alias w:val="44. Lead qualification: What makes a lead qualified or disqualified? Which minimum details must be collected, how are leads prioritized/routed, and who receives them? Use criteria or fictional examples, not actual lead records."/>
          <w:tag w:val="answer_1193"/>
          <w:id w:val="1193"/>
          <w:showingPlcHdr/>
          <w:text w:multiLine="1"/>
        </w:sdtPr>
        <w:sdtContent>
          <w:r>
            <w:t xml:space="preserve">Click or tap here to enter your answer.</w:t>
          </w:r>
        </w:sdtContent>
      </w:sdt>
    </w:p>
    <w:p>
      <w:r>
        <w:t xml:space="preserve">45. Follow-up: Which channels (email, SMS, phone, website chat) and languages are needed? Define the initial response deadline, frequency, maximum attempts, quiet hours and stop conditions. Explain how contact permissions and opt-outs are recorded; do not upload contact lists.</w:t>
      </w:r>
    </w:p>
    <w:p>
      <w:sdt>
        <w:sdtPr>
          <w:alias w:val="45. Follow-up: Which channels (email, SMS, phone, website chat) and languages are needed? Define the initial response deadline, frequency, maximum attempts, quiet hours and stop conditions. Explain how contact permissions and opt-outs are r"/>
          <w:tag w:val="answer_1194"/>
          <w:id w:val="1194"/>
          <w:showingPlcHdr/>
          <w:text w:multiLine="1"/>
        </w:sdtPr>
        <w:sdtContent>
          <w:r>
            <w:t xml:space="preserve">Click or tap here to enter your answer.</w:t>
          </w:r>
        </w:sdtContent>
      </w:sdt>
    </w:p>
    <w:p>
      <w:r>
        <w:t xml:space="preserve">46. Booking: Which team/calendar receives bookings? Specify appointment types, duration, time zone, availability, buffers, qualification prerequisites, cancellations and rescheduling. Do not provide calendar credentials or private meeting links.</w:t>
      </w:r>
    </w:p>
    <w:p>
      <w:sdt>
        <w:sdtPr>
          <w:alias w:val="46. Booking: Which team/calendar receives bookings? Specify appointment types, duration, time zone, availability, buffers, qualification prerequisites, cancellations and rescheduling. Do not provide calendar credentials or private meeting l"/>
          <w:tag w:val="answer_1195"/>
          <w:id w:val="1195"/>
          <w:showingPlcHdr/>
          <w:text w:multiLine="1"/>
        </w:sdtPr>
        <w:sdtContent>
          <w:r>
            <w:t xml:space="preserve">Click or tap here to enter your answer.</w:t>
          </w:r>
        </w:sdtContent>
      </w:sdt>
    </w:p>
    <w:p>
      <w:r>
        <w:t xml:space="preserve">47. Content: Who is the audience, which offers and channels matter, and what brand voice should be used? Define content frequency, permitted source materials, claims or topics to avoid, and who approves publication. Share public examples only at this stage.</w:t>
      </w:r>
    </w:p>
    <w:p>
      <w:sdt>
        <w:sdtPr>
          <w:alias w:val="47. Content: Who is the audience, which offers and channels matter, and what brand voice should be used? Define content frequency, permitted source materials, claims or topics to avoid, and who approves publication. Share public examples on"/>
          <w:tag w:val="answer_1196"/>
          <w:id w:val="1196"/>
          <w:showingPlcHdr/>
          <w:text w:multiLine="1"/>
        </w:sdtPr>
        <w:sdtContent>
          <w:r>
            <w:t xml:space="preserve">Click or tap here to enter your answer.</w:t>
          </w:r>
        </w:sdtContent>
      </w:sdt>
    </w:p>
    <w:p>
      <w:pPr>
        <w:pStyle w:val="Heading1"/>
      </w:pPr>
      <w:r>
        <w:t xml:space="preserve">8. Scope and practical constraints</w:t>
      </w:r>
    </w:p>
    <w:p>
      <w:r>
        <w:t xml:space="preserve">48. If only one problem can be solved first, which one? List what is explicitly out of scope, any dependencies and a deadline that cannot move.</w:t>
      </w:r>
    </w:p>
    <w:p>
      <w:sdt>
        <w:sdtPr>
          <w:alias w:val="48. If only one problem can be solved first, which one? List what is explicitly out of scope, any dependencies and a deadline that cannot move."/>
          <w:tag w:val="answer_1197"/>
          <w:id w:val="1197"/>
          <w:showingPlcHdr/>
          <w:text w:multiLine="1"/>
        </w:sdtPr>
        <w:sdtContent>
          <w:r>
            <w:t xml:space="preserve">Click or tap here to enter your answer.</w:t>
          </w:r>
        </w:sdtContent>
      </w:sdt>
    </w:p>
    <w:p>
      <w:r>
        <w:t xml:space="preserve">49. What have you already tried and why did it fall short? Describe one typical workflow case and one exception using fictional or anonymized examples. What must remain under human control?</w:t>
      </w:r>
    </w:p>
    <w:p>
      <w:sdt>
        <w:sdtPr>
          <w:alias w:val="49. What have you already tried and why did it fall short? Describe one typical workflow case and one exception using fictional or anonymized examples. What must remain under human control?"/>
          <w:tag w:val="answer_1198"/>
          <w:id w:val="1198"/>
          <w:showingPlcHdr/>
          <w:text w:multiLine="1"/>
        </w:sdtPr>
        <w:sdtContent>
          <w:r>
            <w:t xml:space="preserve">Click or tap here to enter your answer.</w:t>
          </w:r>
        </w:sdtContent>
      </w:sdt>
    </w:p>
    <w:p>
      <w:pPr>
        <w:pStyle w:val="Heading1"/>
      </w:pPr>
      <w:r>
        <w:t xml:space="preserve">9. Data handling requirements — describe restrictions, not data</w:t>
      </w:r>
    </w:p>
    <w:p>
      <w:r>
        <w:t xml:space="preserve">50. What restrictions must the proposed solution meet? Note approved or prohibited vendors, whether external AI processing is permitted, required storage/processing regions, access roles, retention/deletion requirements and any required security or contractual review. If unknown, say “review required.” This answer is a requirement to assess, not authorization to transfer information.</w:t>
      </w:r>
    </w:p>
    <w:p>
      <w:sdt>
        <w:sdtPr>
          <w:alias w:val="50. What restrictions must the proposed solution meet? Note approved or prohibited vendors, whether external AI processing is permitted, required storage/processing regions, access roles, retention/deletion requirements and any required sec"/>
          <w:tag w:val="answer_1199"/>
          <w:id w:val="1199"/>
          <w:showingPlcHdr/>
          <w:text w:multiLine="1"/>
        </w:sdtPr>
        <w:sdtContent>
          <w:r>
            <w:t xml:space="preserve">Click or tap here to enter your answer.</w:t>
          </w:r>
        </w:sdtContent>
      </w:sdt>
    </w:p>
    <w:p>
      <w:r>
        <w:t xml:space="preserve">51. Who is responsible for keeping the source information accurate, verifying rights/permissions to use it, and approving data access? Identify a role/team; indicate whether specialist privacy/security review is needed before a pilot.</w:t>
      </w:r>
    </w:p>
    <w:p>
      <w:sdt>
        <w:sdtPr>
          <w:alias w:val="51. Who is responsible for keeping the source information accurate, verifying rights/permissions to use it, and approving data access? Identify a role/team; indicate whether specialist privacy/security review is needed before a pilot."/>
          <w:tag w:val="answer_1200"/>
          <w:id w:val="1200"/>
          <w:showingPlcHdr/>
          <w:text w:multiLine="1"/>
        </w:sdtPr>
        <w:sdtContent>
          <w:r>
            <w:t xml:space="preserve">Click or tap here to enter your answer.</w:t>
          </w:r>
        </w:sdtContent>
      </w:sdt>
    </w:p>
    <w:p>
      <w:pPr>
        <w:pStyle w:val="Heading1"/>
      </w:pPr>
      <w:r>
        <w:t xml:space="preserve">Discovery acknowledgment</w:t>
      </w:r>
    </w:p>
    <w:p>
      <w:sdt>
        <w:sdtPr>
          <w:alias w:val="Discovery acknowledgment — I understand this is a discovery assessment. Scope, timeline, price, integrations and expected outcomes require separate proposal approval. Submitting this form requests a response about this inquiry; it does not "/>
          <w:tag w:val="choice_1201"/>
          <w:id w:val="1201"/>
          <w14:checkbox>
            <w14:checked w14:val="0"/>
            <w14:checkedState w14:val="2612" w14:font="MS Gothic"/>
            <w14:uncheckedState w14:val="2610" w14:font="MS Gothic"/>
          </w14:checkbox>
        </w:sdtPr>
        <w:sdtContent>
          <w:r>
            <w:rPr>
              <w:rFonts w:ascii="MS Gothic" w:hAnsi="MS Gothic"/>
            </w:rPr>
            <w:t xml:space="preserve">☐</w:t>
          </w:r>
        </w:sdtContent>
      </w:sdt>
      <w:r>
        <w:t xml:space="preserve"> I understand this is a discovery assessment. Scope, timeline, price, integrations and expected outcomes require separate proposal approval. Submitting this form requests a response about this inquiry; it does not subscribe me to marketing or authorize system access, customer messaging, call recording, payments or deployment.</w:t>
      </w:r>
    </w:p>
    <w:p>
      <w:r>
        <w:t xml:space="preserve">Completed by (name or initials; optional):</w:t>
      </w:r>
    </w:p>
    <w:p>
      <w:sdt>
        <w:sdtPr>
          <w:alias w:val="Completed by (name or initials; optional):"/>
          <w:tag w:val="answer_1202"/>
          <w:id w:val="1202"/>
          <w:showingPlcHdr/>
          <w:text w:multiLine="1"/>
        </w:sdtPr>
        <w:sdtContent>
          <w:r>
            <w:t xml:space="preserve">Click or tap here to enter your answer.</w:t>
          </w:r>
        </w:sdtContent>
      </w:sdt>
    </w:p>
    <w:p>
      <w:r>
        <w:rPr>
          <w:b/>
        </w:rPr>
        <w:t>Date:</w:t>
      </w:r>
    </w:p>
    <w:p>
      <w:sdt>
        <w:sdtPr>
          <w:alias w:val="Date:"/>
          <w:tag w:val="answer_1203"/>
          <w:id w:val="1203"/>
          <w:showingPlcHdr/>
          <w:text w:multiLine="1"/>
        </w:sdtPr>
        <w:sdtContent>
          <w:r>
            <w:t xml:space="preserve">Click or tap here to enter your answer.</w:t>
          </w:r>
        </w:sdtContent>
      </w:sdt>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Solvexa 8 | Discovery form — business-level information only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